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NATIONAL LEAGUE 1 2026-27</w:t>
      </w:r>
    </w:p>
    <w:p>
      <w:r>
        <w:br w:type="page"/>
      </w:r>
    </w:p>
    <w:p>
      <w:pPr>
        <w:pStyle w:val="Heading1"/>
      </w:pPr>
      <w:r>
        <w:t>1ος Όμιλος</w:t>
      </w:r>
    </w:p>
    <w:p>
      <w:pPr>
        <w:pStyle w:val="Heading2"/>
      </w:pPr>
      <w:r>
        <w:t>1η Αγωνιστική</w:t>
      </w:r>
    </w:p>
    <w:p>
      <w:r>
        <w:rPr>
          <w:b/>
        </w:rPr>
        <w:t>3/10/2026</w:t>
      </w:r>
    </w:p>
    <w:p>
      <w:pPr>
        <w:pStyle w:val="ListBullet"/>
      </w:pPr>
      <w:r>
        <w:t>🏀 ΠΑΝΕΛΕΥΣΙΝΙΑΚΟΣ ΑΟΚ - ΠΑΝΕΛΛΗΝΙΟΣ ΓΣ</w:t>
      </w:r>
    </w:p>
    <w:p>
      <w:pPr>
        <w:pStyle w:val="ListBullet"/>
      </w:pPr>
      <w:r>
        <w:t>🏀 ΑΟ ΙΩΝΙΚΟΣ ΝΙΚΑΙΑΣ - ΑΟ ΝΗΑΡ ΗΣΤ</w:t>
      </w:r>
    </w:p>
    <w:p>
      <w:pPr>
        <w:pStyle w:val="ListBullet"/>
      </w:pPr>
      <w:r>
        <w:t>🏀 ΗΛΥΣΙΑΚΟΣ ΑΟ - ΑΟ Π. ΦΑΛΗΡΟΥ</w:t>
      </w:r>
    </w:p>
    <w:p>
      <w:pPr>
        <w:pStyle w:val="ListBullet"/>
      </w:pPr>
      <w:r>
        <w:t>🏀 ΚΟ ΧΟΛΑΡΓΟΥ - ΑΟ ΠΑΓΚΡΑΤΙΟΥ</w:t>
      </w:r>
    </w:p>
    <w:p>
      <w:pPr>
        <w:pStyle w:val="ListBullet"/>
      </w:pPr>
      <w:r>
        <w:t>🏀 ΑΣΕ ΔΟΥΚΑ - ΓΣ ΔΑΦΝΗ ΔΑΦΝΙΟΥ</w:t>
      </w:r>
    </w:p>
    <w:p>
      <w:pPr>
        <w:pStyle w:val="ListBullet"/>
      </w:pPr>
      <w:r>
        <w:t>🏀 ΝΟ ΣΑΡΩΝΙΔΑΣ - ΑΟ ΔΑΦΝΗΣ</w:t>
      </w:r>
    </w:p>
    <w:p>
      <w:pPr>
        <w:pStyle w:val="ListBullet"/>
      </w:pPr>
      <w:r>
        <w:t>🏀 ΑΟΝΣ Ο ΜΙΛΩΝ - ΑΜ ΕΛΕΥΣΙΝΑΣ</w:t>
      </w:r>
    </w:p>
    <w:p>
      <w:pPr>
        <w:pStyle w:val="Heading2"/>
      </w:pPr>
      <w:r>
        <w:t>2η Αγωνιστική</w:t>
      </w:r>
    </w:p>
    <w:p>
      <w:r>
        <w:rPr>
          <w:b/>
        </w:rPr>
        <w:t>10/10/2026</w:t>
      </w:r>
    </w:p>
    <w:p>
      <w:pPr>
        <w:pStyle w:val="ListBullet"/>
      </w:pPr>
      <w:r>
        <w:t>🏀 ΑΟ ΝΗΑΡ ΗΣΤ - ΠΑΝΕΛΕΥΣΙΝΙΑΚΟΣ ΑΟΚ</w:t>
      </w:r>
    </w:p>
    <w:p>
      <w:pPr>
        <w:pStyle w:val="ListBullet"/>
      </w:pPr>
      <w:r>
        <w:t>🏀 ΑΟ Π. ΦΑΛΗΡΟΥ - ΑΟ ΙΩΝΙΚΟΣ ΝΙΚΑΙΑΣ</w:t>
      </w:r>
    </w:p>
    <w:p>
      <w:pPr>
        <w:pStyle w:val="ListBullet"/>
      </w:pPr>
      <w:r>
        <w:t>🏀 ΑΟ ΠΑΓΚΡΑΤΙΟΥ - ΗΛΥΣΙΑΚΟΣ ΑΟ</w:t>
      </w:r>
    </w:p>
    <w:p>
      <w:pPr>
        <w:pStyle w:val="ListBullet"/>
      </w:pPr>
      <w:r>
        <w:t>🏀 ΓΣ ΔΑΦΝΗ ΔΑΦΝΙΟΥ - ΚΟ ΧΟΛΑΡΓΟΥ</w:t>
      </w:r>
    </w:p>
    <w:p>
      <w:pPr>
        <w:pStyle w:val="ListBullet"/>
      </w:pPr>
      <w:r>
        <w:t>🏀 ΑΟ ΔΑΦΝΗΣ - ΑΣΕ ΔΟΥΚΑ</w:t>
      </w:r>
    </w:p>
    <w:p>
      <w:pPr>
        <w:pStyle w:val="ListBullet"/>
      </w:pPr>
      <w:r>
        <w:t>🏀 ΑΜ ΕΛΕΥΣΙΝΑΣ - ΝΟ ΣΑΡΩΝΙΔΑΣ</w:t>
      </w:r>
    </w:p>
    <w:p>
      <w:pPr>
        <w:pStyle w:val="ListBullet"/>
      </w:pPr>
      <w:r>
        <w:t>🏀 ΠΑΝΕΛΛΗΝΙΟΣ ΓΣ - ΑΟΝΣ Ο ΜΙΛΩΝ</w:t>
      </w:r>
    </w:p>
    <w:p>
      <w:pPr>
        <w:pStyle w:val="Heading2"/>
      </w:pPr>
      <w:r>
        <w:t>3η Αγωνιστική</w:t>
      </w:r>
    </w:p>
    <w:p>
      <w:r>
        <w:rPr>
          <w:b/>
        </w:rPr>
        <w:t>17/10/2026</w:t>
      </w:r>
    </w:p>
    <w:p>
      <w:pPr>
        <w:pStyle w:val="ListBullet"/>
      </w:pPr>
      <w:r>
        <w:t>🏀 ΠΑΝΕΛΕΥΣΙΝΙΑΚΟΣ ΑΟΚ - ΑΟ Π. ΦΑΛΗΡΟΥ</w:t>
      </w:r>
    </w:p>
    <w:p>
      <w:pPr>
        <w:pStyle w:val="ListBullet"/>
      </w:pPr>
      <w:r>
        <w:t>🏀 ΑΟ ΙΩΝΙΚΟΣ ΝΙΚΑΙΑΣ - ΑΟ ΠΑΓΚΡΑΤΙΟΥ</w:t>
      </w:r>
    </w:p>
    <w:p>
      <w:pPr>
        <w:pStyle w:val="ListBullet"/>
      </w:pPr>
      <w:r>
        <w:t>🏀 ΗΛΥΣΙΑΚΟΣ ΑΟ - ΓΣ ΔΑΦΝΗ ΔΑΦΝΙΟΥ</w:t>
      </w:r>
    </w:p>
    <w:p>
      <w:pPr>
        <w:pStyle w:val="ListBullet"/>
      </w:pPr>
      <w:r>
        <w:t>🏀 ΚΟ ΧΟΛΑΡΓΟΥ - ΑΟ ΔΑΦΝΗΣ</w:t>
      </w:r>
    </w:p>
    <w:p>
      <w:pPr>
        <w:pStyle w:val="ListBullet"/>
      </w:pPr>
      <w:r>
        <w:t>🏀 ΑΣΕ ΔΟΥΚΑ - ΑΜ ΕΛΕΥΣΙΝΑΣ</w:t>
      </w:r>
    </w:p>
    <w:p>
      <w:pPr>
        <w:pStyle w:val="ListBullet"/>
      </w:pPr>
      <w:r>
        <w:t>🏀 ΝΟ ΣΑΡΩΝΙΔΑΣ - ΑΟΝΣ Ο ΜΙΛΩΝ</w:t>
      </w:r>
    </w:p>
    <w:p>
      <w:pPr>
        <w:pStyle w:val="ListBullet"/>
      </w:pPr>
      <w:r>
        <w:t>🏀 ΠΑΝΕΛΛΗΝΙΟΣ ΓΣ - ΑΟ ΝΗΑΡ ΗΣΤ</w:t>
      </w:r>
    </w:p>
    <w:p>
      <w:pPr>
        <w:pStyle w:val="Heading2"/>
      </w:pPr>
      <w:r>
        <w:t>4η Αγωνιστική</w:t>
      </w:r>
    </w:p>
    <w:p>
      <w:r>
        <w:rPr>
          <w:b/>
        </w:rPr>
        <w:t>24/10/2026</w:t>
      </w:r>
    </w:p>
    <w:p>
      <w:pPr>
        <w:pStyle w:val="ListBullet"/>
      </w:pPr>
      <w:r>
        <w:t>🏀 ΑΟ ΠΑΓΚΡΑΤΙΟΥ - ΠΑΝΕΛΕΥΣΙΝΙΑΚΟΣ ΑΟΚ</w:t>
      </w:r>
    </w:p>
    <w:p>
      <w:pPr>
        <w:pStyle w:val="ListBullet"/>
      </w:pPr>
      <w:r>
        <w:t>🏀 ΓΣ ΔΑΦΝΗ ΔΑΦΝΙΟΥ - ΑΟ ΙΩΝΙΚΟΣ ΝΙΚΑΙΑΣ</w:t>
      </w:r>
    </w:p>
    <w:p>
      <w:pPr>
        <w:pStyle w:val="ListBullet"/>
      </w:pPr>
      <w:r>
        <w:t>🏀 ΑΟ ΔΑΦΝΗΣ - ΗΛΥΣΙΑΚΟΣ ΑΟ</w:t>
      </w:r>
    </w:p>
    <w:p>
      <w:pPr>
        <w:pStyle w:val="ListBullet"/>
      </w:pPr>
      <w:r>
        <w:t>🏀 ΑΜ ΕΛΕΥΣΙΝΑΣ - ΚΟ ΧΟΛΑΡΓΟΥ</w:t>
      </w:r>
    </w:p>
    <w:p>
      <w:pPr>
        <w:pStyle w:val="ListBullet"/>
      </w:pPr>
      <w:r>
        <w:t>🏀 ΑΟΝΣ Ο ΜΙΛΩΝ - ΑΣΕ ΔΟΥΚΑ</w:t>
      </w:r>
    </w:p>
    <w:p>
      <w:pPr>
        <w:pStyle w:val="ListBullet"/>
      </w:pPr>
      <w:r>
        <w:t>🏀 ΝΟ ΣΑΡΩΝΙΔΑΣ - ΠΑΝΕΛΛΗΝΙΟΣ ΓΣ</w:t>
      </w:r>
    </w:p>
    <w:p>
      <w:pPr>
        <w:pStyle w:val="ListBullet"/>
      </w:pPr>
      <w:r>
        <w:t>🏀 ΑΟ Π. ΦΑΛΗΡΟΥ - ΑΟ ΝΗΑΡ ΗΣΤ</w:t>
      </w:r>
    </w:p>
    <w:p>
      <w:pPr>
        <w:pStyle w:val="Heading2"/>
      </w:pPr>
      <w:r>
        <w:t>5η Αγωνιστική</w:t>
      </w:r>
    </w:p>
    <w:p>
      <w:r>
        <w:rPr>
          <w:b/>
        </w:rPr>
        <w:t>31/10/2026</w:t>
      </w:r>
    </w:p>
    <w:p>
      <w:pPr>
        <w:pStyle w:val="ListBullet"/>
      </w:pPr>
      <w:r>
        <w:t>🏀 ΠΑΝΕΛΕΥΣΙΝΙΑΚΟΣ ΑΟΚ - ΓΣ ΔΑΦΝΗ ΔΑΦΝΙΟΥ</w:t>
      </w:r>
    </w:p>
    <w:p>
      <w:pPr>
        <w:pStyle w:val="ListBullet"/>
      </w:pPr>
      <w:r>
        <w:t>🏀 ΑΟ ΙΩΝΙΚΟΣ ΝΙΚΑΙΑΣ - ΑΟ ΔΑΦΝΗΣ</w:t>
      </w:r>
    </w:p>
    <w:p>
      <w:pPr>
        <w:pStyle w:val="ListBullet"/>
      </w:pPr>
      <w:r>
        <w:t>🏀 ΗΛΥΣΙΑΚΟΣ ΑΟ - ΑΜ ΕΛΕΥΣΙΝΑΣ</w:t>
      </w:r>
    </w:p>
    <w:p>
      <w:pPr>
        <w:pStyle w:val="ListBullet"/>
      </w:pPr>
      <w:r>
        <w:t>🏀 ΚΟ ΧΟΛΑΡΓΟΥ - ΑΟΝΣ Ο ΜΙΛΩΝ</w:t>
      </w:r>
    </w:p>
    <w:p>
      <w:pPr>
        <w:pStyle w:val="ListBullet"/>
      </w:pPr>
      <w:r>
        <w:t>🏀 ΑΣΕ ΔΟΥΚΑ - ΝΟ ΣΑΡΩΝΙΔΑΣ</w:t>
      </w:r>
    </w:p>
    <w:p>
      <w:pPr>
        <w:pStyle w:val="ListBullet"/>
      </w:pPr>
      <w:r>
        <w:t>🏀 ΠΑΝΕΛΛΗΝΙΟΣ ΓΣ - ΑΟ Π. ΦΑΛΗΡΟΥ</w:t>
      </w:r>
    </w:p>
    <w:p>
      <w:pPr>
        <w:pStyle w:val="ListBullet"/>
      </w:pPr>
      <w:r>
        <w:t>🏀 ΑΟ ΝΗΑΡ ΗΣΤ - ΑΟ ΠΑΓΚΡΑΤΙΟΥ</w:t>
      </w:r>
    </w:p>
    <w:p>
      <w:pPr>
        <w:pStyle w:val="Heading2"/>
      </w:pPr>
      <w:r>
        <w:t>6η Αγωνιστική</w:t>
      </w:r>
    </w:p>
    <w:p>
      <w:r>
        <w:rPr>
          <w:b/>
        </w:rPr>
        <w:t>7/11/2026</w:t>
      </w:r>
    </w:p>
    <w:p>
      <w:pPr>
        <w:pStyle w:val="ListBullet"/>
      </w:pPr>
      <w:r>
        <w:t>🏀 ΑΟ ΔΑΦΝΗΣ - ΠΑΝΕΛΕΥΣΙΝΙΑΚΟΣ ΑΟΚ</w:t>
      </w:r>
    </w:p>
    <w:p>
      <w:pPr>
        <w:pStyle w:val="ListBullet"/>
      </w:pPr>
      <w:r>
        <w:t>🏀 ΑΜ ΕΛΕΥΣΙΝΑΣ - ΑΟ ΙΩΝΙΚΟΣ ΝΙΚΑΙΑΣ</w:t>
      </w:r>
    </w:p>
    <w:p>
      <w:pPr>
        <w:pStyle w:val="ListBullet"/>
      </w:pPr>
      <w:r>
        <w:t>🏀 ΑΟΝΣ Ο ΜΙΛΩΝ - ΗΛΥΣΙΑΚΟΣ ΑΟ</w:t>
      </w:r>
    </w:p>
    <w:p>
      <w:pPr>
        <w:pStyle w:val="ListBullet"/>
      </w:pPr>
      <w:r>
        <w:t>🏀 ΝΟ ΣΑΡΩΝΙΔΑΣ - ΚΟ ΧΟΛΑΡΓΟΥ</w:t>
      </w:r>
    </w:p>
    <w:p>
      <w:pPr>
        <w:pStyle w:val="ListBullet"/>
      </w:pPr>
      <w:r>
        <w:t>🏀 ΑΣΕ ΔΟΥΚΑ - ΠΑΝΕΛΛΗΝΙΟΣ ΓΣ</w:t>
      </w:r>
    </w:p>
    <w:p>
      <w:pPr>
        <w:pStyle w:val="ListBullet"/>
      </w:pPr>
      <w:r>
        <w:t>🏀 ΓΣ ΔΑΦΝΗ ΔΑΦΝΙΟΥ - ΑΟ ΝΗΑΡ ΗΣΤ</w:t>
      </w:r>
    </w:p>
    <w:p>
      <w:pPr>
        <w:pStyle w:val="ListBullet"/>
      </w:pPr>
      <w:r>
        <w:t>🏀 ΑΟ ΠΑΓΚΡΑΤΙΟΥ - ΑΟ Π. ΦΑΛΗΡΟΥ</w:t>
      </w:r>
    </w:p>
    <w:p>
      <w:pPr>
        <w:pStyle w:val="Heading2"/>
      </w:pPr>
      <w:r>
        <w:t>7η Αγωνιστική</w:t>
      </w:r>
    </w:p>
    <w:p>
      <w:r>
        <w:rPr>
          <w:b/>
        </w:rPr>
        <w:t>14/11/2026</w:t>
      </w:r>
    </w:p>
    <w:p>
      <w:pPr>
        <w:pStyle w:val="ListBullet"/>
      </w:pPr>
      <w:r>
        <w:t>🏀 ΠΑΝΕΛΕΥΣΙΝΙΑΚΟΣ ΑΟΚ - ΑΜ ΕΛΕΥΣΙΝΑΣ</w:t>
      </w:r>
    </w:p>
    <w:p>
      <w:pPr>
        <w:pStyle w:val="ListBullet"/>
      </w:pPr>
      <w:r>
        <w:t>🏀 ΑΟ ΙΩΝΙΚΟΣ ΝΙΚΑΙΑΣ - ΑΟΝΣ Ο ΜΙΛΩΝ</w:t>
      </w:r>
    </w:p>
    <w:p>
      <w:pPr>
        <w:pStyle w:val="ListBullet"/>
      </w:pPr>
      <w:r>
        <w:t>🏀 ΗΛΥΣΙΑΚΟΣ ΑΟ - ΝΟ ΣΑΡΩΝΙΔΑΣ</w:t>
      </w:r>
    </w:p>
    <w:p>
      <w:pPr>
        <w:pStyle w:val="ListBullet"/>
      </w:pPr>
      <w:r>
        <w:t>🏀 ΚΟ ΧΟΛΑΡΓΟΥ - ΑΣΕ ΔΟΥΚΑ</w:t>
      </w:r>
    </w:p>
    <w:p>
      <w:pPr>
        <w:pStyle w:val="ListBullet"/>
      </w:pPr>
      <w:r>
        <w:t>🏀 ΠΑΝΕΛΛΗΝΙΟΣ ΓΣ - ΑΟ ΠΑΓΚΡΑΤΙΟΥ</w:t>
      </w:r>
    </w:p>
    <w:p>
      <w:pPr>
        <w:pStyle w:val="ListBullet"/>
      </w:pPr>
      <w:r>
        <w:t>🏀 ΑΟ ΝΗΑΡ ΗΣΤ - ΑΟ ΔΑΦΝΗΣ</w:t>
      </w:r>
    </w:p>
    <w:p>
      <w:pPr>
        <w:pStyle w:val="ListBullet"/>
      </w:pPr>
      <w:r>
        <w:t>🏀 ΑΟ Π. ΦΑΛΗΡΟΥ - ΓΣ ΔΑΦΝΗ ΔΑΦΝΙΟΥ</w:t>
      </w:r>
    </w:p>
    <w:p>
      <w:pPr>
        <w:pStyle w:val="Heading2"/>
      </w:pPr>
      <w:r>
        <w:t>8η Αγωνιστική</w:t>
      </w:r>
    </w:p>
    <w:p>
      <w:r>
        <w:rPr>
          <w:b/>
        </w:rPr>
        <w:t>21/11/2026</w:t>
      </w:r>
    </w:p>
    <w:p>
      <w:pPr>
        <w:pStyle w:val="ListBullet"/>
      </w:pPr>
      <w:r>
        <w:t>🏀 ΑΟΝΣ Ο ΜΙΛΩΝ - ΠΑΝΕΛΕΥΣΙΝΙΑΚΟΣ ΑΟΚ</w:t>
      </w:r>
    </w:p>
    <w:p>
      <w:pPr>
        <w:pStyle w:val="ListBullet"/>
      </w:pPr>
      <w:r>
        <w:t>🏀 ΝΟ ΣΑΡΩΝΙΔΑΣ - ΑΟ ΙΩΝΙΚΟΣ ΝΙΚΑΙΑΣ</w:t>
      </w:r>
    </w:p>
    <w:p>
      <w:pPr>
        <w:pStyle w:val="ListBullet"/>
      </w:pPr>
      <w:r>
        <w:t>🏀 ΑΣΕ ΔΟΥΚΑ - ΗΛΥΣΙΑΚΟΣ ΑΟ</w:t>
      </w:r>
    </w:p>
    <w:p>
      <w:pPr>
        <w:pStyle w:val="ListBullet"/>
      </w:pPr>
      <w:r>
        <w:t>🏀 ΚΟ ΧΟΛΑΡΓΟΥ - ΠΑΝΕΛΛΗΝΙΟΣ ΓΣ</w:t>
      </w:r>
    </w:p>
    <w:p>
      <w:pPr>
        <w:pStyle w:val="ListBullet"/>
      </w:pPr>
      <w:r>
        <w:t>🏀 ΑΜ ΕΛΕΥΣΙΝΑΣ - ΑΟ ΝΗΑΡ ΗΣΤ</w:t>
      </w:r>
    </w:p>
    <w:p>
      <w:pPr>
        <w:pStyle w:val="ListBullet"/>
      </w:pPr>
      <w:r>
        <w:t>🏀 ΑΟ ΔΑΦΝΗΣ - ΑΟ Π. ΦΑΛΗΡΟΥ</w:t>
      </w:r>
    </w:p>
    <w:p>
      <w:pPr>
        <w:pStyle w:val="ListBullet"/>
      </w:pPr>
      <w:r>
        <w:t>🏀 ΓΣ ΔΑΦΝΗ ΔΑΦΝΙΟΥ - ΑΟ ΠΑΓΚΡΑΤΙΟΥ</w:t>
      </w:r>
    </w:p>
    <w:p>
      <w:pPr>
        <w:pStyle w:val="Heading2"/>
      </w:pPr>
      <w:r>
        <w:t>9η Αγωνιστική</w:t>
      </w:r>
    </w:p>
    <w:p>
      <w:r>
        <w:rPr>
          <w:b/>
        </w:rPr>
        <w:t>28/11/2026</w:t>
      </w:r>
    </w:p>
    <w:p>
      <w:pPr>
        <w:pStyle w:val="ListBullet"/>
      </w:pPr>
      <w:r>
        <w:t>🏀 ΠΑΝΕΛΕΥΣΙΝΙΑΚΟΣ ΑΟΚ - ΝΟ ΣΑΡΩΝΙΔΑΣ</w:t>
      </w:r>
    </w:p>
    <w:p>
      <w:pPr>
        <w:pStyle w:val="ListBullet"/>
      </w:pPr>
      <w:r>
        <w:t>🏀 ΑΟ ΙΩΝΙΚΟΣ ΝΙΚΑΙΑΣ - ΑΣΕ ΔΟΥΚΑ</w:t>
      </w:r>
    </w:p>
    <w:p>
      <w:pPr>
        <w:pStyle w:val="ListBullet"/>
      </w:pPr>
      <w:r>
        <w:t>🏀 ΗΛΥΣΙΑΚΟΣ ΑΟ - ΚΟ ΧΟΛΑΡΓΟΥ</w:t>
      </w:r>
    </w:p>
    <w:p>
      <w:pPr>
        <w:pStyle w:val="ListBullet"/>
      </w:pPr>
      <w:r>
        <w:t>🏀 ΠΑΝΕΛΛΗΝΙΟΣ ΓΣ - ΓΣ ΔΑΦΝΗ ΔΑΦΝΙΟΥ</w:t>
      </w:r>
    </w:p>
    <w:p>
      <w:pPr>
        <w:pStyle w:val="ListBullet"/>
      </w:pPr>
      <w:r>
        <w:t>🏀 ΑΟ ΝΗΑΡ ΗΣΤ - ΑΟΝΣ Ο ΜΙΛΩΝ</w:t>
      </w:r>
    </w:p>
    <w:p>
      <w:pPr>
        <w:pStyle w:val="ListBullet"/>
      </w:pPr>
      <w:r>
        <w:t>🏀 ΑΟ Π. ΦΑΛΗΡΟΥ - ΑΜ ΕΛΕΥΣΙΝΑΣ</w:t>
      </w:r>
    </w:p>
    <w:p>
      <w:pPr>
        <w:pStyle w:val="ListBullet"/>
      </w:pPr>
      <w:r>
        <w:t>🏀 ΑΟ ΠΑΓΚΡΑΤΙΟΥ - ΑΟ ΔΑΦΝΗΣ</w:t>
      </w:r>
    </w:p>
    <w:p>
      <w:pPr>
        <w:pStyle w:val="Heading2"/>
      </w:pPr>
      <w:r>
        <w:t>10η Αγωνιστική</w:t>
      </w:r>
    </w:p>
    <w:p>
      <w:r>
        <w:rPr>
          <w:b/>
        </w:rPr>
        <w:t>5/12/2026</w:t>
      </w:r>
    </w:p>
    <w:p>
      <w:pPr>
        <w:pStyle w:val="ListBullet"/>
      </w:pPr>
      <w:r>
        <w:t>🏀 ΑΣΕ ΔΟΥΚΑ - ΠΑΝΕΛΕΥΣΙΝΙΑΚΟΣ ΑΟΚ</w:t>
      </w:r>
    </w:p>
    <w:p>
      <w:pPr>
        <w:pStyle w:val="ListBullet"/>
      </w:pPr>
      <w:r>
        <w:t>🏀 ΚΟ ΧΟΛΑΡΓΟΥ - ΑΟ ΙΩΝΙΚΟΣ ΝΙΚΑΙΑΣ</w:t>
      </w:r>
    </w:p>
    <w:p>
      <w:pPr>
        <w:pStyle w:val="ListBullet"/>
      </w:pPr>
      <w:r>
        <w:t>🏀 ΗΛΥΣΙΑΚΟΣ ΑΟ - ΠΑΝΕΛΛΗΝΙΟΣ ΓΣ</w:t>
      </w:r>
    </w:p>
    <w:p>
      <w:pPr>
        <w:pStyle w:val="ListBullet"/>
      </w:pPr>
      <w:r>
        <w:t>🏀 ΝΟ ΣΑΡΩΝΙΔΑΣ - ΑΟ ΝΗΑΡ ΗΣΤ</w:t>
      </w:r>
    </w:p>
    <w:p>
      <w:pPr>
        <w:pStyle w:val="ListBullet"/>
      </w:pPr>
      <w:r>
        <w:t>🏀 ΑΟΝΣ Ο ΜΙΛΩΝ - ΑΟ Π. ΦΑΛΗΡΟΥ</w:t>
      </w:r>
    </w:p>
    <w:p>
      <w:pPr>
        <w:pStyle w:val="ListBullet"/>
      </w:pPr>
      <w:r>
        <w:t>🏀 ΑΜ ΕΛΕΥΣΙΝΑΣ - ΑΟ ΠΑΓΚΡΑΤΙΟΥ</w:t>
      </w:r>
    </w:p>
    <w:p>
      <w:pPr>
        <w:pStyle w:val="ListBullet"/>
      </w:pPr>
      <w:r>
        <w:t>🏀 ΑΟ ΔΑΦΝΗΣ - ΓΣ ΔΑΦΝΗ ΔΑΦΝΙΟΥ</w:t>
      </w:r>
    </w:p>
    <w:p>
      <w:pPr>
        <w:pStyle w:val="Heading2"/>
      </w:pPr>
      <w:r>
        <w:t>11η Αγωνιστική</w:t>
      </w:r>
    </w:p>
    <w:p>
      <w:r>
        <w:rPr>
          <w:b/>
        </w:rPr>
        <w:t>12/12/2026</w:t>
      </w:r>
    </w:p>
    <w:p>
      <w:pPr>
        <w:pStyle w:val="ListBullet"/>
      </w:pPr>
      <w:r>
        <w:t>🏀 ΠΑΝΕΛΕΥΣΙΝΙΑΚΟΣ ΑΟΚ - ΚΟ ΧΟΛΑΡΓΟΥ</w:t>
      </w:r>
    </w:p>
    <w:p>
      <w:pPr>
        <w:pStyle w:val="ListBullet"/>
      </w:pPr>
      <w:r>
        <w:t>🏀 ΑΟ ΙΩΝΙΚΟΣ ΝΙΚΑΙΑΣ - ΗΛΥΣΙΑΚΟΣ ΑΟ</w:t>
      </w:r>
    </w:p>
    <w:p>
      <w:pPr>
        <w:pStyle w:val="ListBullet"/>
      </w:pPr>
      <w:r>
        <w:t>🏀 ΠΑΝΕΛΛΗΝΙΟΣ ΓΣ - ΑΟ ΔΑΦΝΗΣ</w:t>
      </w:r>
    </w:p>
    <w:p>
      <w:pPr>
        <w:pStyle w:val="ListBullet"/>
      </w:pPr>
      <w:r>
        <w:t>🏀 ΑΟ ΝΗΑΡ ΗΣΤ - ΑΣΕ ΔΟΥΚΑ</w:t>
      </w:r>
    </w:p>
    <w:p>
      <w:pPr>
        <w:pStyle w:val="ListBullet"/>
      </w:pPr>
      <w:r>
        <w:t>🏀 ΑΟ Π. ΦΑΛΗΡΟΥ - ΝΟ ΣΑΡΩΝΙΔΑΣ</w:t>
      </w:r>
    </w:p>
    <w:p>
      <w:pPr>
        <w:pStyle w:val="ListBullet"/>
      </w:pPr>
      <w:r>
        <w:t>🏀 ΑΟ ΠΑΓΚΡΑΤΙΟΥ - ΑΟΝΣ Ο ΜΙΛΩΝ</w:t>
      </w:r>
    </w:p>
    <w:p>
      <w:pPr>
        <w:pStyle w:val="ListBullet"/>
      </w:pPr>
      <w:r>
        <w:t>🏀 ΓΣ ΔΑΦΝΗ ΔΑΦΝΙΟΥ - ΑΜ ΕΛΕΥΣΙΝΑΣ</w:t>
      </w:r>
    </w:p>
    <w:p>
      <w:pPr>
        <w:pStyle w:val="Heading2"/>
      </w:pPr>
      <w:r>
        <w:t>12η Αγωνιστική</w:t>
      </w:r>
    </w:p>
    <w:p>
      <w:r>
        <w:rPr>
          <w:b/>
        </w:rPr>
        <w:t>19/12/2026</w:t>
      </w:r>
    </w:p>
    <w:p>
      <w:pPr>
        <w:pStyle w:val="ListBullet"/>
      </w:pPr>
      <w:r>
        <w:t>🏀 ΗΛΥΣΙΑΚΟΣ ΑΟ - ΠΑΝΕΛΕΥΣΙΝΙΑΚΟΣ ΑΟΚ</w:t>
      </w:r>
    </w:p>
    <w:p>
      <w:pPr>
        <w:pStyle w:val="ListBullet"/>
      </w:pPr>
      <w:r>
        <w:t>🏀 ΑΟ ΙΩΝΙΚΟΣ ΝΙΚΑΙΑΣ - ΠΑΝΕΛΛΗΝΙΟΣ ΓΣ</w:t>
      </w:r>
    </w:p>
    <w:p>
      <w:pPr>
        <w:pStyle w:val="ListBullet"/>
      </w:pPr>
      <w:r>
        <w:t>🏀 ΚΟ ΧΟΛΑΡΓΟΥ - ΑΟ ΝΗΑΡ ΗΣΤ</w:t>
      </w:r>
    </w:p>
    <w:p>
      <w:pPr>
        <w:pStyle w:val="ListBullet"/>
      </w:pPr>
      <w:r>
        <w:t>🏀 ΑΣΕ ΔΟΥΚΑ - ΑΟ Π. ΦΑΛΗΡΟΥ</w:t>
      </w:r>
    </w:p>
    <w:p>
      <w:pPr>
        <w:pStyle w:val="ListBullet"/>
      </w:pPr>
      <w:r>
        <w:t>🏀 ΝΟ ΣΑΡΩΝΙΔΑΣ - ΑΟ ΠΑΓΚΡΑΤΙΟΥ</w:t>
      </w:r>
    </w:p>
    <w:p>
      <w:pPr>
        <w:pStyle w:val="ListBullet"/>
      </w:pPr>
      <w:r>
        <w:t>🏀 ΑΟΝΣ Ο ΜΙΛΩΝ - ΓΣ ΔΑΦΝΗ ΔΑΦΝΙΟΥ</w:t>
      </w:r>
    </w:p>
    <w:p>
      <w:pPr>
        <w:pStyle w:val="ListBullet"/>
      </w:pPr>
      <w:r>
        <w:t>🏀 ΑΜ ΕΛΕΥΣΙΝΑΣ - ΑΟ ΔΑΦΝΗΣ</w:t>
      </w:r>
    </w:p>
    <w:p>
      <w:pPr>
        <w:pStyle w:val="Heading2"/>
      </w:pPr>
      <w:r>
        <w:t>13η Αγωνιστική</w:t>
      </w:r>
    </w:p>
    <w:p>
      <w:r>
        <w:rPr>
          <w:b/>
        </w:rPr>
        <w:t>9/1/2027</w:t>
      </w:r>
    </w:p>
    <w:p>
      <w:pPr>
        <w:pStyle w:val="ListBullet"/>
      </w:pPr>
      <w:r>
        <w:t>🏀 ΠΑΝΕΛΕΥΣΙΝΙΑΚΟΣ ΑΟΚ - ΑΟ ΙΩΝΙΚΟΣ ΝΙΚΑΙΑΣ</w:t>
      </w:r>
    </w:p>
    <w:p>
      <w:pPr>
        <w:pStyle w:val="ListBullet"/>
      </w:pPr>
      <w:r>
        <w:t>🏀 ΠΑΝΕΛΛΗΝΙΟΣ ΓΣ - ΑΜ ΕΛΕΥΣΙΝΑΣ</w:t>
      </w:r>
    </w:p>
    <w:p>
      <w:pPr>
        <w:pStyle w:val="ListBullet"/>
      </w:pPr>
      <w:r>
        <w:t>🏀 ΑΟ ΝΗΑΡ ΗΣΤ - ΗΛΥΣΙΑΚΟΣ ΑΟ</w:t>
      </w:r>
    </w:p>
    <w:p>
      <w:pPr>
        <w:pStyle w:val="ListBullet"/>
      </w:pPr>
      <w:r>
        <w:t>🏀 ΑΟ Π. ΦΑΛΗΡΟΥ - ΚΟ ΧΟΛΑΡΓΟΥ</w:t>
      </w:r>
    </w:p>
    <w:p>
      <w:pPr>
        <w:pStyle w:val="ListBullet"/>
      </w:pPr>
      <w:r>
        <w:t>🏀 ΑΟ ΠΑΓΚΡΑΤΙΟΥ - ΑΣΕ ΔΟΥΚΑ</w:t>
      </w:r>
    </w:p>
    <w:p>
      <w:pPr>
        <w:pStyle w:val="ListBullet"/>
      </w:pPr>
      <w:r>
        <w:t>🏀 ΓΣ ΔΑΦΝΗ ΔΑΦΝΙΟΥ - ΝΟ ΣΑΡΩΝΙΔΑΣ</w:t>
      </w:r>
    </w:p>
    <w:p>
      <w:pPr>
        <w:pStyle w:val="ListBullet"/>
      </w:pPr>
      <w:r>
        <w:t>🏀 ΑΟ ΔΑΦΝΗΣ - ΑΟΝΣ Ο ΜΙΛΩΝ</w:t>
      </w:r>
    </w:p>
    <w:p>
      <w:pPr>
        <w:pStyle w:val="Heading2"/>
      </w:pPr>
      <w:r>
        <w:t>14η Αγωνιστική</w:t>
      </w:r>
    </w:p>
    <w:p>
      <w:r>
        <w:rPr>
          <w:b/>
        </w:rPr>
        <w:t>16/1/2027</w:t>
      </w:r>
    </w:p>
    <w:p>
      <w:pPr>
        <w:pStyle w:val="ListBullet"/>
      </w:pPr>
      <w:r>
        <w:t>🏀 ΠΑΝΕΛΛΗΝΙΟΣ ΓΣ - ΠΑΝΕΛΕΥΣΙΝΙΑΚΟΣ ΑΟΚ</w:t>
      </w:r>
    </w:p>
    <w:p>
      <w:pPr>
        <w:pStyle w:val="ListBullet"/>
      </w:pPr>
      <w:r>
        <w:t>🏀 ΑΟ ΝΗΑΡ ΗΣΤ - ΑΟ ΙΩΝΙΚΟΣ ΝΙΚΑΙΑΣ</w:t>
      </w:r>
    </w:p>
    <w:p>
      <w:pPr>
        <w:pStyle w:val="ListBullet"/>
      </w:pPr>
      <w:r>
        <w:t>🏀 ΑΟ Π. ΦΑΛΗΡΟΥ - ΗΛΥΣΙΑΚΟΣ ΑΟ</w:t>
      </w:r>
    </w:p>
    <w:p>
      <w:pPr>
        <w:pStyle w:val="ListBullet"/>
      </w:pPr>
      <w:r>
        <w:t>🏀 ΑΟ ΠΑΓΚΡΑΤΙΟΥ - ΚΟ ΧΟΛΑΡΓΟΥ</w:t>
      </w:r>
    </w:p>
    <w:p>
      <w:pPr>
        <w:pStyle w:val="ListBullet"/>
      </w:pPr>
      <w:r>
        <w:t>🏀 ΓΣ ΔΑΦΝΗ ΔΑΦΝΙΟΥ - ΑΣΕ ΔΟΥΚΑ</w:t>
      </w:r>
    </w:p>
    <w:p>
      <w:pPr>
        <w:pStyle w:val="ListBullet"/>
      </w:pPr>
      <w:r>
        <w:t>🏀 ΑΟ ΔΑΦΝΗΣ - ΝΟ ΣΑΡΩΝΙΔΑΣ</w:t>
      </w:r>
    </w:p>
    <w:p>
      <w:pPr>
        <w:pStyle w:val="ListBullet"/>
      </w:pPr>
      <w:r>
        <w:t>🏀 ΑΜ ΕΛΕΥΣΙΝΑΣ - ΑΟΝΣ Ο ΜΙΛΩΝ</w:t>
      </w:r>
    </w:p>
    <w:p>
      <w:pPr>
        <w:pStyle w:val="Heading2"/>
      </w:pPr>
      <w:r>
        <w:t>15η Αγωνιστική</w:t>
      </w:r>
    </w:p>
    <w:p>
      <w:r>
        <w:rPr>
          <w:b/>
        </w:rPr>
        <w:t>23/1/2027</w:t>
      </w:r>
    </w:p>
    <w:p>
      <w:pPr>
        <w:pStyle w:val="ListBullet"/>
      </w:pPr>
      <w:r>
        <w:t>🏀 ΠΑΝΕΛΕΥΣΙΝΙΑΚΟΣ ΑΟΚ - ΑΟ ΝΗΑΡ ΗΣΤ</w:t>
      </w:r>
    </w:p>
    <w:p>
      <w:pPr>
        <w:pStyle w:val="ListBullet"/>
      </w:pPr>
      <w:r>
        <w:t>🏀 ΑΟ ΙΩΝΙΚΟΣ ΝΙΚΑΙΑΣ - ΑΟ Π. ΦΑΛΗΡΟΥ</w:t>
      </w:r>
    </w:p>
    <w:p>
      <w:pPr>
        <w:pStyle w:val="ListBullet"/>
      </w:pPr>
      <w:r>
        <w:t>🏀 ΗΛΥΣΙΑΚΟΣ ΑΟ - ΑΟ ΠΑΓΚΡΑΤΙΟΥ</w:t>
      </w:r>
    </w:p>
    <w:p>
      <w:pPr>
        <w:pStyle w:val="ListBullet"/>
      </w:pPr>
      <w:r>
        <w:t>🏀 ΚΟ ΧΟΛΑΡΓΟΥ - ΓΣ ΔΑΦΝΗ ΔΑΦΝΙΟΥ</w:t>
      </w:r>
    </w:p>
    <w:p>
      <w:pPr>
        <w:pStyle w:val="ListBullet"/>
      </w:pPr>
      <w:r>
        <w:t>🏀 ΑΣΕ ΔΟΥΚΑ - ΑΟ ΔΑΦΝΗΣ</w:t>
      </w:r>
    </w:p>
    <w:p>
      <w:pPr>
        <w:pStyle w:val="ListBullet"/>
      </w:pPr>
      <w:r>
        <w:t>🏀 ΝΟ ΣΑΡΩΝΙΔΑΣ - ΑΜ ΕΛΕΥΣΙΝΑΣ</w:t>
      </w:r>
    </w:p>
    <w:p>
      <w:pPr>
        <w:pStyle w:val="ListBullet"/>
      </w:pPr>
      <w:r>
        <w:t>🏀 ΑΟΝΣ Ο ΜΙΛΩΝ - ΠΑΝΕΛΛΗΝΙΟΣ ΓΣ</w:t>
      </w:r>
    </w:p>
    <w:p>
      <w:pPr>
        <w:pStyle w:val="Heading2"/>
      </w:pPr>
      <w:r>
        <w:t>16η Αγωνιστική</w:t>
      </w:r>
    </w:p>
    <w:p>
      <w:r>
        <w:rPr>
          <w:b/>
        </w:rPr>
        <w:t>30/1/2027</w:t>
      </w:r>
    </w:p>
    <w:p>
      <w:pPr>
        <w:pStyle w:val="ListBullet"/>
      </w:pPr>
      <w:r>
        <w:t>🏀 ΑΟ Π. ΦΑΛΗΡΟΥ - ΠΑΝΕΛΕΥΣΙΝΙΑΚΟΣ ΑΟΚ</w:t>
      </w:r>
    </w:p>
    <w:p>
      <w:pPr>
        <w:pStyle w:val="ListBullet"/>
      </w:pPr>
      <w:r>
        <w:t>🏀 ΑΟ ΠΑΓΚΡΑΤΙΟΥ - ΑΟ ΙΩΝΙΚΟΣ ΝΙΚΑΙΑΣ</w:t>
      </w:r>
    </w:p>
    <w:p>
      <w:pPr>
        <w:pStyle w:val="ListBullet"/>
      </w:pPr>
      <w:r>
        <w:t>🏀 ΓΣ ΔΑΦΝΗ ΔΑΦΝΙΟΥ - ΗΛΥΣΙΑΚΟΣ ΑΟ</w:t>
      </w:r>
    </w:p>
    <w:p>
      <w:pPr>
        <w:pStyle w:val="ListBullet"/>
      </w:pPr>
      <w:r>
        <w:t>🏀 ΑΟ ΔΑΦΝΗΣ - ΚΟ ΧΟΛΑΡΓΟΥ</w:t>
      </w:r>
    </w:p>
    <w:p>
      <w:pPr>
        <w:pStyle w:val="ListBullet"/>
      </w:pPr>
      <w:r>
        <w:t>🏀 ΑΜ ΕΛΕΥΣΙΝΑΣ - ΑΣΕ ΔΟΥΚΑ</w:t>
      </w:r>
    </w:p>
    <w:p>
      <w:pPr>
        <w:pStyle w:val="ListBullet"/>
      </w:pPr>
      <w:r>
        <w:t>🏀 ΑΟΝΣ Ο ΜΙΛΩΝ - ΝΟ ΣΑΡΩΝΙΔΑΣ</w:t>
      </w:r>
    </w:p>
    <w:p>
      <w:pPr>
        <w:pStyle w:val="ListBullet"/>
      </w:pPr>
      <w:r>
        <w:t>🏀 ΑΟ ΝΗΑΡ ΗΣΤ - ΠΑΝΕΛΛΗΝΙΟΣ ΓΣ</w:t>
      </w:r>
    </w:p>
    <w:p>
      <w:pPr>
        <w:pStyle w:val="Heading2"/>
      </w:pPr>
      <w:r>
        <w:t>17η Αγωνιστική</w:t>
      </w:r>
    </w:p>
    <w:p>
      <w:r>
        <w:rPr>
          <w:b/>
        </w:rPr>
        <w:t>6/2/2027</w:t>
      </w:r>
    </w:p>
    <w:p>
      <w:pPr>
        <w:pStyle w:val="ListBullet"/>
      </w:pPr>
      <w:r>
        <w:t>🏀 ΠΑΝΕΛΕΥΣΙΝΙΑΚΟΣ ΑΟΚ - ΑΟ ΠΑΓΚΡΑΤΙΟΥ</w:t>
      </w:r>
    </w:p>
    <w:p>
      <w:pPr>
        <w:pStyle w:val="ListBullet"/>
      </w:pPr>
      <w:r>
        <w:t>🏀 ΑΟ ΙΩΝΙΚΟΣ ΝΙΚΑΙΑΣ - ΓΣ ΔΑΦΝΗ ΔΑΦΝΙΟΥ</w:t>
      </w:r>
    </w:p>
    <w:p>
      <w:pPr>
        <w:pStyle w:val="ListBullet"/>
      </w:pPr>
      <w:r>
        <w:t>🏀 ΗΛΥΣΙΑΚΟΣ ΑΟ - ΑΟ ΔΑΦΝΗΣ</w:t>
      </w:r>
    </w:p>
    <w:p>
      <w:pPr>
        <w:pStyle w:val="ListBullet"/>
      </w:pPr>
      <w:r>
        <w:t>🏀 ΚΟ ΧΟΛΑΡΓΟΥ - ΑΜ ΕΛΕΥΣΙΝΑΣ</w:t>
      </w:r>
    </w:p>
    <w:p>
      <w:pPr>
        <w:pStyle w:val="ListBullet"/>
      </w:pPr>
      <w:r>
        <w:t>🏀 ΑΣΕ ΔΟΥΚΑ - ΑΟΝΣ Ο ΜΙΛΩΝ</w:t>
      </w:r>
    </w:p>
    <w:p>
      <w:pPr>
        <w:pStyle w:val="ListBullet"/>
      </w:pPr>
      <w:r>
        <w:t>🏀 ΠΑΝΕΛΛΗΝΙΟΣ ΓΣ - ΝΟ ΣΑΡΩΝΙΔΑΣ</w:t>
      </w:r>
    </w:p>
    <w:p>
      <w:pPr>
        <w:pStyle w:val="ListBullet"/>
      </w:pPr>
      <w:r>
        <w:t>🏀 ΑΟ ΝΗΑΡ ΗΣΤ - ΑΟ Π. ΦΑΛΗΡΟΥ</w:t>
      </w:r>
    </w:p>
    <w:p>
      <w:pPr>
        <w:pStyle w:val="Heading2"/>
      </w:pPr>
      <w:r>
        <w:t>18η Αγωνιστική</w:t>
      </w:r>
    </w:p>
    <w:p>
      <w:r>
        <w:rPr>
          <w:b/>
        </w:rPr>
        <w:t>13/2/2027</w:t>
      </w:r>
    </w:p>
    <w:p>
      <w:pPr>
        <w:pStyle w:val="ListBullet"/>
      </w:pPr>
      <w:r>
        <w:t>🏀 ΓΣ ΔΑΦΝΗ ΔΑΦΝΙΟΥ - ΠΑΝΕΛΕΥΣΙΝΙΑΚΟΣ ΑΟΚ</w:t>
      </w:r>
    </w:p>
    <w:p>
      <w:pPr>
        <w:pStyle w:val="ListBullet"/>
      </w:pPr>
      <w:r>
        <w:t>🏀 ΑΟ ΔΑΦΝΗΣ - ΑΟ ΙΩΝΙΚΟΣ ΝΙΚΑΙΑΣ</w:t>
      </w:r>
    </w:p>
    <w:p>
      <w:pPr>
        <w:pStyle w:val="ListBullet"/>
      </w:pPr>
      <w:r>
        <w:t>🏀 ΑΜ ΕΛΕΥΣΙΝΑΣ - ΗΛΥΣΙΑΚΟΣ ΑΟ</w:t>
      </w:r>
    </w:p>
    <w:p>
      <w:pPr>
        <w:pStyle w:val="ListBullet"/>
      </w:pPr>
      <w:r>
        <w:t>🏀 ΑΟΝΣ Ο ΜΙΛΩΝ - ΚΟ ΧΟΛΑΡΓΟΥ</w:t>
      </w:r>
    </w:p>
    <w:p>
      <w:pPr>
        <w:pStyle w:val="ListBullet"/>
      </w:pPr>
      <w:r>
        <w:t>🏀 ΝΟ ΣΑΡΩΝΙΔΑΣ - ΑΣΕ ΔΟΥΚΑ</w:t>
      </w:r>
    </w:p>
    <w:p>
      <w:pPr>
        <w:pStyle w:val="ListBullet"/>
      </w:pPr>
      <w:r>
        <w:t>🏀 ΑΟ Π. ΦΑΛΗΡΟΥ - ΠΑΝΕΛΛΗΝΙΟΣ ΓΣ</w:t>
      </w:r>
    </w:p>
    <w:p>
      <w:pPr>
        <w:pStyle w:val="ListBullet"/>
      </w:pPr>
      <w:r>
        <w:t>🏀 ΑΟ ΠΑΓΚΡΑΤΙΟΥ - ΑΟ ΝΗΑΡ ΗΣΤ</w:t>
      </w:r>
    </w:p>
    <w:p>
      <w:pPr>
        <w:pStyle w:val="Heading2"/>
      </w:pPr>
      <w:r>
        <w:t>19η Αγωνιστική</w:t>
      </w:r>
    </w:p>
    <w:p>
      <w:r>
        <w:rPr>
          <w:b/>
        </w:rPr>
        <w:t>20/2/2027</w:t>
      </w:r>
    </w:p>
    <w:p>
      <w:pPr>
        <w:pStyle w:val="ListBullet"/>
      </w:pPr>
      <w:r>
        <w:t>🏀 ΠΑΝΕΛΕΥΣΙΝΙΑΚΟΣ ΑΟΚ - ΑΟ ΔΑΦΝΗΣ</w:t>
      </w:r>
    </w:p>
    <w:p>
      <w:pPr>
        <w:pStyle w:val="ListBullet"/>
      </w:pPr>
      <w:r>
        <w:t>🏀 ΑΟ ΙΩΝΙΚΟΣ ΝΙΚΑΙΑΣ - ΑΜ ΕΛΕΥΣΙΝΑΣ</w:t>
      </w:r>
    </w:p>
    <w:p>
      <w:pPr>
        <w:pStyle w:val="ListBullet"/>
      </w:pPr>
      <w:r>
        <w:t>🏀 ΗΛΥΣΙΑΚΟΣ ΑΟ - ΑΟΝΣ Ο ΜΙΛΩΝ</w:t>
      </w:r>
    </w:p>
    <w:p>
      <w:pPr>
        <w:pStyle w:val="ListBullet"/>
      </w:pPr>
      <w:r>
        <w:t>🏀 ΚΟ ΧΟΛΑΡΓΟΥ - ΝΟ ΣΑΡΩΝΙΔΑΣ</w:t>
      </w:r>
    </w:p>
    <w:p>
      <w:pPr>
        <w:pStyle w:val="ListBullet"/>
      </w:pPr>
      <w:r>
        <w:t>🏀 ΠΑΝΕΛΛΗΝΙΟΣ ΓΣ - ΑΣΕ ΔΟΥΚΑ</w:t>
      </w:r>
    </w:p>
    <w:p>
      <w:pPr>
        <w:pStyle w:val="ListBullet"/>
      </w:pPr>
      <w:r>
        <w:t>🏀 ΑΟ ΝΗΑΡ ΗΣΤ - ΓΣ ΔΑΦΝΗ ΔΑΦΝΙΟΥ</w:t>
      </w:r>
    </w:p>
    <w:p>
      <w:pPr>
        <w:pStyle w:val="ListBullet"/>
      </w:pPr>
      <w:r>
        <w:t>🏀 ΑΟ Π. ΦΑΛΗΡΟΥ - ΑΟ ΠΑΓΚΡΑΤΙΟΥ</w:t>
      </w:r>
    </w:p>
    <w:p>
      <w:pPr>
        <w:pStyle w:val="Heading2"/>
      </w:pPr>
      <w:r>
        <w:t>20η Αγωνιστική</w:t>
      </w:r>
    </w:p>
    <w:p>
      <w:r>
        <w:rPr>
          <w:b/>
        </w:rPr>
        <w:t>27/2/2027</w:t>
      </w:r>
    </w:p>
    <w:p>
      <w:pPr>
        <w:pStyle w:val="ListBullet"/>
      </w:pPr>
      <w:r>
        <w:t>🏀 ΑΜ ΕΛΕΥΣΙΝΑΣ - ΠΑΝΕΛΕΥΣΙΝΙΑΚΟΣ ΑΟΚ</w:t>
      </w:r>
    </w:p>
    <w:p>
      <w:pPr>
        <w:pStyle w:val="ListBullet"/>
      </w:pPr>
      <w:r>
        <w:t>🏀 ΑΟΝΣ Ο ΜΙΛΩΝ - ΑΟ ΙΩΝΙΚΟΣ ΝΙΚΑΙΑΣ</w:t>
      </w:r>
    </w:p>
    <w:p>
      <w:pPr>
        <w:pStyle w:val="ListBullet"/>
      </w:pPr>
      <w:r>
        <w:t>🏀 ΝΟ ΣΑΡΩΝΙΔΑΣ - ΗΛΥΣΙΑΚΟΣ ΑΟ</w:t>
      </w:r>
    </w:p>
    <w:p>
      <w:pPr>
        <w:pStyle w:val="ListBullet"/>
      </w:pPr>
      <w:r>
        <w:t>🏀 ΑΣΕ ΔΟΥΚΑ - ΚΟ ΧΟΛΑΡΓΟΥ</w:t>
      </w:r>
    </w:p>
    <w:p>
      <w:pPr>
        <w:pStyle w:val="ListBullet"/>
      </w:pPr>
      <w:r>
        <w:t>🏀 ΑΟ ΠΑΓΚΡΑΤΙΟΥ - ΠΑΝΕΛΛΗΝΙΟΣ ΓΣ</w:t>
      </w:r>
    </w:p>
    <w:p>
      <w:pPr>
        <w:pStyle w:val="ListBullet"/>
      </w:pPr>
      <w:r>
        <w:t>🏀 ΑΟ ΔΑΦΝΗΣ - ΑΟ ΝΗΑΡ ΗΣΤ</w:t>
      </w:r>
    </w:p>
    <w:p>
      <w:pPr>
        <w:pStyle w:val="ListBullet"/>
      </w:pPr>
      <w:r>
        <w:t>🏀 ΓΣ ΔΑΦΝΗ ΔΑΦΝΙΟΥ - ΑΟ Π. ΦΑΛΗΡΟΥ</w:t>
      </w:r>
    </w:p>
    <w:p>
      <w:pPr>
        <w:pStyle w:val="Heading2"/>
      </w:pPr>
      <w:r>
        <w:t>21η Αγωνιστική</w:t>
      </w:r>
    </w:p>
    <w:p>
      <w:r>
        <w:rPr>
          <w:b/>
        </w:rPr>
        <w:t>6/3/2027</w:t>
      </w:r>
    </w:p>
    <w:p>
      <w:pPr>
        <w:pStyle w:val="ListBullet"/>
      </w:pPr>
      <w:r>
        <w:t>🏀 ΠΑΝΕΛΕΥΣΙΝΙΑΚΟΣ ΑΟΚ - ΑΟΝΣ Ο ΜΙΛΩΝ</w:t>
      </w:r>
    </w:p>
    <w:p>
      <w:pPr>
        <w:pStyle w:val="ListBullet"/>
      </w:pPr>
      <w:r>
        <w:t>🏀 ΑΟ ΙΩΝΙΚΟΣ ΝΙΚΑΙΑΣ - ΝΟ ΣΑΡΩΝΙΔΑΣ</w:t>
      </w:r>
    </w:p>
    <w:p>
      <w:pPr>
        <w:pStyle w:val="ListBullet"/>
      </w:pPr>
      <w:r>
        <w:t>🏀 ΗΛΥΣΙΑΚΟΣ ΑΟ - ΑΣΕ ΔΟΥΚΑ</w:t>
      </w:r>
    </w:p>
    <w:p>
      <w:pPr>
        <w:pStyle w:val="ListBullet"/>
      </w:pPr>
      <w:r>
        <w:t>🏀 ΠΑΝΕΛΛΗΝΙΟΣ ΓΣ - ΚΟ ΧΟΛΑΡΓΟΥ</w:t>
      </w:r>
    </w:p>
    <w:p>
      <w:pPr>
        <w:pStyle w:val="ListBullet"/>
      </w:pPr>
      <w:r>
        <w:t>🏀 ΑΟ ΝΗΑΡ ΗΣΤ - ΑΜ ΕΛΕΥΣΙΝΑΣ</w:t>
      </w:r>
    </w:p>
    <w:p>
      <w:pPr>
        <w:pStyle w:val="ListBullet"/>
      </w:pPr>
      <w:r>
        <w:t>🏀 ΑΟ Π. ΦΑΛΗΡΟΥ - ΑΟ ΔΑΦΝΗΣ</w:t>
      </w:r>
    </w:p>
    <w:p>
      <w:pPr>
        <w:pStyle w:val="ListBullet"/>
      </w:pPr>
      <w:r>
        <w:t>🏀 ΑΟ ΠΑΓΚΡΑΤΙΟΥ - ΓΣ ΔΑΦΝΗ ΔΑΦΝΙΟΥ</w:t>
      </w:r>
    </w:p>
    <w:p>
      <w:pPr>
        <w:pStyle w:val="Heading2"/>
      </w:pPr>
      <w:r>
        <w:t>22η Αγωνιστική</w:t>
      </w:r>
    </w:p>
    <w:p>
      <w:r>
        <w:rPr>
          <w:b/>
        </w:rPr>
        <w:t>13/3/2027</w:t>
      </w:r>
    </w:p>
    <w:p>
      <w:pPr>
        <w:pStyle w:val="ListBullet"/>
      </w:pPr>
      <w:r>
        <w:t>🏀 ΝΟ ΣΑΡΩΝΙΔΑΣ - ΠΑΝΕΛΕΥΣΙΝΙΑΚΟΣ ΑΟΚ</w:t>
      </w:r>
    </w:p>
    <w:p>
      <w:pPr>
        <w:pStyle w:val="ListBullet"/>
      </w:pPr>
      <w:r>
        <w:t>🏀 ΑΣΕ ΔΟΥΚΑ - ΑΟ ΙΩΝΙΚΟΣ ΝΙΚΑΙΑΣ</w:t>
      </w:r>
    </w:p>
    <w:p>
      <w:pPr>
        <w:pStyle w:val="ListBullet"/>
      </w:pPr>
      <w:r>
        <w:t>🏀 ΚΟ ΧΟΛΑΡΓΟΥ - ΗΛΥΣΙΑΚΟΣ ΑΟ</w:t>
      </w:r>
    </w:p>
    <w:p>
      <w:pPr>
        <w:pStyle w:val="ListBullet"/>
      </w:pPr>
      <w:r>
        <w:t>🏀 ΓΣ ΔΑΦΝΗ ΔΑΦΝΙΟΥ - ΠΑΝΕΛΛΗΝΙΟΣ ΓΣ</w:t>
      </w:r>
    </w:p>
    <w:p>
      <w:pPr>
        <w:pStyle w:val="ListBullet"/>
      </w:pPr>
      <w:r>
        <w:t>🏀 ΑΟΝΣ Ο ΜΙΛΩΝ - ΑΟ ΝΗΑΡ ΗΣΤ</w:t>
      </w:r>
    </w:p>
    <w:p>
      <w:pPr>
        <w:pStyle w:val="ListBullet"/>
      </w:pPr>
      <w:r>
        <w:t>🏀 ΑΜ ΕΛΕΥΣΙΝΑΣ - ΑΟ Π. ΦΑΛΗΡΟΥ</w:t>
      </w:r>
    </w:p>
    <w:p>
      <w:pPr>
        <w:pStyle w:val="ListBullet"/>
      </w:pPr>
      <w:r>
        <w:t>🏀 ΑΟ ΔΑΦΝΗΣ - ΑΟ ΠΑΓΚΡΑΤΙΟΥ</w:t>
      </w:r>
    </w:p>
    <w:p>
      <w:pPr>
        <w:pStyle w:val="Heading2"/>
      </w:pPr>
      <w:r>
        <w:t>23η Αγωνιστική</w:t>
      </w:r>
    </w:p>
    <w:p>
      <w:r>
        <w:rPr>
          <w:b/>
        </w:rPr>
        <w:t>20/3/2027</w:t>
      </w:r>
    </w:p>
    <w:p>
      <w:pPr>
        <w:pStyle w:val="ListBullet"/>
      </w:pPr>
      <w:r>
        <w:t>🏀 ΠΑΝΕΛΕΥΣΙΝΙΑΚΟΣ ΑΟΚ - ΑΣΕ ΔΟΥΚΑ</w:t>
      </w:r>
    </w:p>
    <w:p>
      <w:pPr>
        <w:pStyle w:val="ListBullet"/>
      </w:pPr>
      <w:r>
        <w:t>🏀 ΑΟ ΙΩΝΙΚΟΣ ΝΙΚΑΙΑΣ - ΚΟ ΧΟΛΑΡΓΟΥ</w:t>
      </w:r>
    </w:p>
    <w:p>
      <w:pPr>
        <w:pStyle w:val="ListBullet"/>
      </w:pPr>
      <w:r>
        <w:t>🏀 ΠΑΝΕΛΛΗΝΙΟΣ ΓΣ - ΗΛΥΣΙΑΚΟΣ ΑΟ</w:t>
      </w:r>
    </w:p>
    <w:p>
      <w:pPr>
        <w:pStyle w:val="ListBullet"/>
      </w:pPr>
      <w:r>
        <w:t>🏀 ΑΟ ΝΗΑΡ ΗΣΤ - ΝΟ ΣΑΡΩΝΙΔΑΣ</w:t>
      </w:r>
    </w:p>
    <w:p>
      <w:pPr>
        <w:pStyle w:val="ListBullet"/>
      </w:pPr>
      <w:r>
        <w:t>🏀 ΑΟ Π. ΦΑΛΗΡΟΥ - ΑΟΝΣ Ο ΜΙΛΩΝ</w:t>
      </w:r>
    </w:p>
    <w:p>
      <w:pPr>
        <w:pStyle w:val="ListBullet"/>
      </w:pPr>
      <w:r>
        <w:t>🏀 ΑΟ ΠΑΓΚΡΑΤΙΟΥ - ΑΜ ΕΛΕΥΣΙΝΑΣ</w:t>
      </w:r>
    </w:p>
    <w:p>
      <w:pPr>
        <w:pStyle w:val="ListBullet"/>
      </w:pPr>
      <w:r>
        <w:t>🏀 ΓΣ ΔΑΦΝΗ ΔΑΦΝΙΟΥ - ΑΟ ΔΑΦΝΗΣ</w:t>
      </w:r>
    </w:p>
    <w:p>
      <w:pPr>
        <w:pStyle w:val="Heading2"/>
      </w:pPr>
      <w:r>
        <w:t>24η Αγωνιστική</w:t>
      </w:r>
    </w:p>
    <w:p>
      <w:r>
        <w:rPr>
          <w:b/>
        </w:rPr>
        <w:t>27/3/2027</w:t>
      </w:r>
    </w:p>
    <w:p>
      <w:pPr>
        <w:pStyle w:val="ListBullet"/>
      </w:pPr>
      <w:r>
        <w:t>🏀 ΚΟ ΧΟΛΑΡΓΟΥ - ΠΑΝΕΛΕΥΣΙΝΙΑΚΟΣ ΑΟΚ</w:t>
      </w:r>
    </w:p>
    <w:p>
      <w:pPr>
        <w:pStyle w:val="ListBullet"/>
      </w:pPr>
      <w:r>
        <w:t>🏀 ΗΛΥΣΙΑΚΟΣ ΑΟ - ΑΟ ΙΩΝΙΚΟΣ ΝΙΚΑΙΑΣ</w:t>
      </w:r>
    </w:p>
    <w:p>
      <w:pPr>
        <w:pStyle w:val="ListBullet"/>
      </w:pPr>
      <w:r>
        <w:t>🏀 ΑΟ ΔΑΦΝΗΣ - ΠΑΝΕΛΛΗΝΙΟΣ ΓΣ</w:t>
      </w:r>
    </w:p>
    <w:p>
      <w:pPr>
        <w:pStyle w:val="ListBullet"/>
      </w:pPr>
      <w:r>
        <w:t>🏀 ΑΣΕ ΔΟΥΚΑ - ΑΟ ΝΗΑΡ ΗΣΤ</w:t>
      </w:r>
    </w:p>
    <w:p>
      <w:pPr>
        <w:pStyle w:val="ListBullet"/>
      </w:pPr>
      <w:r>
        <w:t>🏀 ΝΟ ΣΑΡΩΝΙΔΑΣ - ΑΟ Π. ΦΑΛΗΡΟΥ</w:t>
      </w:r>
    </w:p>
    <w:p>
      <w:pPr>
        <w:pStyle w:val="ListBullet"/>
      </w:pPr>
      <w:r>
        <w:t>🏀 ΑΟΝΣ Ο ΜΙΛΩΝ - ΑΟ ΠΑΓΚΡΑΤΙΟΥ</w:t>
      </w:r>
    </w:p>
    <w:p>
      <w:pPr>
        <w:pStyle w:val="ListBullet"/>
      </w:pPr>
      <w:r>
        <w:t>🏀 ΑΜ ΕΛΕΥΣΙΝΑΣ - ΓΣ ΔΑΦΝΗ ΔΑΦΝΙΟΥ</w:t>
      </w:r>
    </w:p>
    <w:p>
      <w:pPr>
        <w:pStyle w:val="Heading2"/>
      </w:pPr>
      <w:r>
        <w:t>25η Αγωνιστική</w:t>
      </w:r>
    </w:p>
    <w:p>
      <w:r>
        <w:rPr>
          <w:b/>
        </w:rPr>
        <w:t>3/4/2027</w:t>
      </w:r>
    </w:p>
    <w:p>
      <w:pPr>
        <w:pStyle w:val="ListBullet"/>
      </w:pPr>
      <w:r>
        <w:t>🏀 ΠΑΝΕΛΕΥΣΙΝΙΑΚΟΣ ΑΟΚ - ΗΛΥΣΙΑΚΟΣ ΑΟ</w:t>
      </w:r>
    </w:p>
    <w:p>
      <w:pPr>
        <w:pStyle w:val="ListBullet"/>
      </w:pPr>
      <w:r>
        <w:t>🏀 ΠΑΝΕΛΛΗΝΙΟΣ ΓΣ - ΑΟ ΙΩΝΙΚΟΣ ΝΙΚΑΙΑΣ</w:t>
      </w:r>
    </w:p>
    <w:p>
      <w:pPr>
        <w:pStyle w:val="ListBullet"/>
      </w:pPr>
      <w:r>
        <w:t>🏀 ΑΟ ΝΗΑΡ ΗΣΤ - ΚΟ ΧΟΛΑΡΓΟΥ</w:t>
      </w:r>
    </w:p>
    <w:p>
      <w:pPr>
        <w:pStyle w:val="ListBullet"/>
      </w:pPr>
      <w:r>
        <w:t>🏀 ΑΟ Π. ΦΑΛΗΡΟΥ - ΑΣΕ ΔΟΥΚΑ</w:t>
      </w:r>
    </w:p>
    <w:p>
      <w:pPr>
        <w:pStyle w:val="ListBullet"/>
      </w:pPr>
      <w:r>
        <w:t>🏀 ΑΟ ΠΑΓΚΡΑΤΙΟΥ - ΝΟ ΣΑΡΩΝΙΔΑΣ</w:t>
      </w:r>
    </w:p>
    <w:p>
      <w:pPr>
        <w:pStyle w:val="ListBullet"/>
      </w:pPr>
      <w:r>
        <w:t>🏀 ΓΣ ΔΑΦΝΗ ΔΑΦΝΙΟΥ - ΑΟΝΣ Ο ΜΙΛΩΝ</w:t>
      </w:r>
    </w:p>
    <w:p>
      <w:pPr>
        <w:pStyle w:val="ListBullet"/>
      </w:pPr>
      <w:r>
        <w:t>🏀 ΑΟ ΔΑΦΝΗΣ - ΑΜ ΕΛΕΥΣΙΝΑΣ</w:t>
      </w:r>
    </w:p>
    <w:p>
      <w:pPr>
        <w:pStyle w:val="Heading2"/>
      </w:pPr>
      <w:r>
        <w:t>26η Αγωνιστική</w:t>
      </w:r>
    </w:p>
    <w:p>
      <w:r>
        <w:rPr>
          <w:b/>
        </w:rPr>
        <w:t>10/4/2027</w:t>
      </w:r>
    </w:p>
    <w:p>
      <w:pPr>
        <w:pStyle w:val="ListBullet"/>
      </w:pPr>
      <w:r>
        <w:t>🏀 ΑΟ ΙΩΝΙΚΟΣ ΝΙΚΑΙΑΣ - ΠΑΝΕΛΕΥΣΙΝΙΑΚΟΣ ΑΟΚ</w:t>
      </w:r>
    </w:p>
    <w:p>
      <w:pPr>
        <w:pStyle w:val="ListBullet"/>
      </w:pPr>
      <w:r>
        <w:t>🏀 ΑΜ ΕΛΕΥΣΙΝΑΣ - ΠΑΝΕΛΛΗΝΙΟΣ ΓΣ</w:t>
      </w:r>
    </w:p>
    <w:p>
      <w:pPr>
        <w:pStyle w:val="ListBullet"/>
      </w:pPr>
      <w:r>
        <w:t>🏀 ΗΛΥΣΙΑΚΟΣ ΑΟ - ΑΟ ΝΗΑΡ ΗΣΤ</w:t>
      </w:r>
    </w:p>
    <w:p>
      <w:pPr>
        <w:pStyle w:val="ListBullet"/>
      </w:pPr>
      <w:r>
        <w:t>🏀 ΚΟ ΧΟΛΑΡΓΟΥ - ΑΟ Π. ΦΑΛΗΡΟΥ</w:t>
      </w:r>
    </w:p>
    <w:p>
      <w:pPr>
        <w:pStyle w:val="ListBullet"/>
      </w:pPr>
      <w:r>
        <w:t>🏀 ΑΣΕ ΔΟΥΚΑ - ΑΟ ΠΑΓΚΡΑΤΙΟΥ</w:t>
      </w:r>
    </w:p>
    <w:p>
      <w:pPr>
        <w:pStyle w:val="ListBullet"/>
      </w:pPr>
      <w:r>
        <w:t>🏀 ΝΟ ΣΑΡΩΝΙΔΑΣ - ΓΣ ΔΑΦΝΗ ΔΑΦΝΙΟΥ</w:t>
      </w:r>
    </w:p>
    <w:p>
      <w:pPr>
        <w:pStyle w:val="ListBullet"/>
      </w:pPr>
      <w:r>
        <w:t>🏀 ΑΟΝΣ Ο ΜΙΛΩΝ - ΑΟ ΔΑΦΝΗΣ</w:t>
      </w:r>
    </w:p>
    <w:p>
      <w:r>
        <w:br w:type="page"/>
      </w:r>
    </w:p>
    <w:p>
      <w:pPr>
        <w:pStyle w:val="Heading1"/>
      </w:pPr>
      <w:r>
        <w:t>2ος Όμιλος</w:t>
      </w:r>
    </w:p>
    <w:p>
      <w:pPr>
        <w:pStyle w:val="Heading2"/>
      </w:pPr>
      <w:r>
        <w:t>1η Αγωνιστική</w:t>
      </w:r>
    </w:p>
    <w:p>
      <w:r>
        <w:rPr>
          <w:b/>
        </w:rPr>
        <w:t>3/10/2026</w:t>
      </w:r>
    </w:p>
    <w:p>
      <w:pPr>
        <w:pStyle w:val="ListBullet"/>
      </w:pPr>
      <w:r>
        <w:t>🏀 ΠΑΝΑΧΑΙΚΗ ΓΕ - ΑΟ ΑΣΤΕΡΑΣ 80 ΑΛΙΒΕΡΙΟΥ</w:t>
      </w:r>
    </w:p>
    <w:p>
      <w:pPr>
        <w:pStyle w:val="ListBullet"/>
      </w:pPr>
      <w:r>
        <w:t>🏀 ΓΣ ΝΙΚΗ ΒΟΛΟΥ - ΑΟ ΑΧΑΓΙΑ 82</w:t>
      </w:r>
    </w:p>
    <w:p>
      <w:pPr>
        <w:pStyle w:val="ListBullet"/>
      </w:pPr>
      <w:r>
        <w:t>🏀 ΑΣ ΑΠΟΛΛΩΝ ΠΑΤΡΩΝ - ΕΘΝΙΚΟΣ ΔΙΣΤΟΜΟΥ</w:t>
      </w:r>
    </w:p>
    <w:p>
      <w:pPr>
        <w:pStyle w:val="ListBullet"/>
      </w:pPr>
      <w:r>
        <w:t>🏀 ΣΚ ΣΥΛΛΑΣ Λ. ΑΙΔΗΨΟΥ - ΑΟ ΣΠΟΡΤΙΓΚ</w:t>
      </w:r>
    </w:p>
    <w:p>
      <w:pPr>
        <w:pStyle w:val="ListBullet"/>
      </w:pPr>
      <w:r>
        <w:t>🏀 ΕΡΜΗΣ ΑΟ ΑΡΓΥΡΟΥΠΟΛΗΣ - ΕΑ ΠΡΟΜΗΘΕΑΣ 2014</w:t>
      </w:r>
    </w:p>
    <w:p>
      <w:pPr>
        <w:pStyle w:val="ListBullet"/>
      </w:pPr>
      <w:r>
        <w:t>🏀 ΕΦΑΟ ΖΩΓΡΑΦΟΥ - ΓΣ ΓΑΡΓΑΛΙΑΝΩΝ</w:t>
      </w:r>
    </w:p>
    <w:p>
      <w:pPr>
        <w:pStyle w:val="ListBullet"/>
      </w:pPr>
      <w:r>
        <w:t>🏀 ΑΙΓΑΛΕΩ ΑΟ - ΕΣΠΕΡΟΣ ΓΣ ΛΑΜΙΑΣ</w:t>
      </w:r>
    </w:p>
    <w:p>
      <w:pPr>
        <w:pStyle w:val="Heading2"/>
      </w:pPr>
      <w:r>
        <w:t>2η Αγωνιστική</w:t>
      </w:r>
    </w:p>
    <w:p>
      <w:r>
        <w:rPr>
          <w:b/>
        </w:rPr>
        <w:t>10/10/2026</w:t>
      </w:r>
    </w:p>
    <w:p>
      <w:pPr>
        <w:pStyle w:val="ListBullet"/>
      </w:pPr>
      <w:r>
        <w:t>🏀 ΑΟ ΑΧΑΓΙΑ 82 - ΠΑΝΑΧΑΙΚΗ ΓΕ</w:t>
      </w:r>
    </w:p>
    <w:p>
      <w:pPr>
        <w:pStyle w:val="ListBullet"/>
      </w:pPr>
      <w:r>
        <w:t>🏀 ΕΘΝΙΚΟΣ ΔΙΣΤΟΜΟΥ - ΓΣ ΝΙΚΗ ΒΟΛΟΥ</w:t>
      </w:r>
    </w:p>
    <w:p>
      <w:pPr>
        <w:pStyle w:val="ListBullet"/>
      </w:pPr>
      <w:r>
        <w:t>🏀 ΑΟ ΣΠΟΡΤΙΓΚ - ΑΣ ΑΠΟΛΛΩΝ ΠΑΤΡΩΝ</w:t>
      </w:r>
    </w:p>
    <w:p>
      <w:pPr>
        <w:pStyle w:val="ListBullet"/>
      </w:pPr>
      <w:r>
        <w:t>🏀 ΕΑ ΠΡΟΜΗΘΕΑΣ 2014 - ΣΚ ΣΥΛΛΑΣ Λ. ΑΙΔΗΨΟΥ</w:t>
      </w:r>
    </w:p>
    <w:p>
      <w:pPr>
        <w:pStyle w:val="ListBullet"/>
      </w:pPr>
      <w:r>
        <w:t>🏀 ΓΣ ΓΑΡΓΑΛΙΑΝΩΝ - ΕΡΜΗΣ ΑΟ ΑΡΓΥΡΟΥΠΟΛΗΣ</w:t>
      </w:r>
    </w:p>
    <w:p>
      <w:pPr>
        <w:pStyle w:val="ListBullet"/>
      </w:pPr>
      <w:r>
        <w:t>🏀 ΕΣΠΕΡΟΣ ΓΣ ΛΑΜΙΑΣ - ΕΦΑΟ ΖΩΓΡΑΦΟΥ</w:t>
      </w:r>
    </w:p>
    <w:p>
      <w:pPr>
        <w:pStyle w:val="ListBullet"/>
      </w:pPr>
      <w:r>
        <w:t>🏀 ΑΟ ΑΣΤΕΡΑΣ 80 ΑΛΙΒΕΡΙΟΥ - ΑΙΓΑΛΕΩ ΑΟ</w:t>
      </w:r>
    </w:p>
    <w:p>
      <w:pPr>
        <w:pStyle w:val="Heading2"/>
      </w:pPr>
      <w:r>
        <w:t>3η Αγωνιστική</w:t>
      </w:r>
    </w:p>
    <w:p>
      <w:r>
        <w:rPr>
          <w:b/>
        </w:rPr>
        <w:t>17/10/2026</w:t>
      </w:r>
    </w:p>
    <w:p>
      <w:pPr>
        <w:pStyle w:val="ListBullet"/>
      </w:pPr>
      <w:r>
        <w:t>🏀 ΠΑΝΑΧΑΙΚΗ ΓΕ - ΕΘΝΙΚΟΣ ΔΙΣΤΟΜΟΥ</w:t>
      </w:r>
    </w:p>
    <w:p>
      <w:pPr>
        <w:pStyle w:val="ListBullet"/>
      </w:pPr>
      <w:r>
        <w:t>🏀 ΓΣ ΝΙΚΗ ΒΟΛΟΥ - ΑΟ ΣΠΟΡΤΙΓΚ</w:t>
      </w:r>
    </w:p>
    <w:p>
      <w:pPr>
        <w:pStyle w:val="ListBullet"/>
      </w:pPr>
      <w:r>
        <w:t>🏀 ΑΣ ΑΠΟΛΛΩΝ ΠΑΤΡΩΝ - ΕΑ ΠΡΟΜΗΘΕΑΣ 2014</w:t>
      </w:r>
    </w:p>
    <w:p>
      <w:pPr>
        <w:pStyle w:val="ListBullet"/>
      </w:pPr>
      <w:r>
        <w:t>🏀 ΣΚ ΣΥΛΛΑΣ Λ. ΑΙΔΗΨΟΥ - ΓΣ ΓΑΡΓΑΛΙΑΝΩΝ</w:t>
      </w:r>
    </w:p>
    <w:p>
      <w:pPr>
        <w:pStyle w:val="ListBullet"/>
      </w:pPr>
      <w:r>
        <w:t>🏀 ΕΡΜΗΣ ΑΟ ΑΡΓΥΡΟΥΠΟΛΗΣ - ΕΣΠΕΡΟΣ ΓΣ ΛΑΜΙΑΣ</w:t>
      </w:r>
    </w:p>
    <w:p>
      <w:pPr>
        <w:pStyle w:val="ListBullet"/>
      </w:pPr>
      <w:r>
        <w:t>🏀 ΕΦΑΟ ΖΩΓΡΑΦΟΥ - ΑΙΓΑΛΕΩ ΑΟ</w:t>
      </w:r>
    </w:p>
    <w:p>
      <w:pPr>
        <w:pStyle w:val="ListBullet"/>
      </w:pPr>
      <w:r>
        <w:t>🏀 ΑΟ ΑΣΤΕΡΑΣ 80 ΑΛΙΒΕΡΙΟΥ - ΑΟ ΑΧΑΓΙΑ 82</w:t>
      </w:r>
    </w:p>
    <w:p>
      <w:pPr>
        <w:pStyle w:val="Heading2"/>
      </w:pPr>
      <w:r>
        <w:t>4η Αγωνιστική</w:t>
      </w:r>
    </w:p>
    <w:p>
      <w:r>
        <w:rPr>
          <w:b/>
        </w:rPr>
        <w:t>24/10/2026</w:t>
      </w:r>
    </w:p>
    <w:p>
      <w:pPr>
        <w:pStyle w:val="ListBullet"/>
      </w:pPr>
      <w:r>
        <w:t>🏀 ΑΟ ΣΠΟΡΤΙΓΚ - ΠΑΝΑΧΑΙΚΗ ΓΕ</w:t>
      </w:r>
    </w:p>
    <w:p>
      <w:pPr>
        <w:pStyle w:val="ListBullet"/>
      </w:pPr>
      <w:r>
        <w:t>🏀 ΕΑ ΠΡΟΜΗΘΕΑΣ 2014 - ΓΣ ΝΙΚΗ ΒΟΛΟΥ</w:t>
      </w:r>
    </w:p>
    <w:p>
      <w:pPr>
        <w:pStyle w:val="ListBullet"/>
      </w:pPr>
      <w:r>
        <w:t>🏀 ΓΣ ΓΑΡΓΑΛΙΑΝΩΝ - ΑΣ ΑΠΟΛΛΩΝ ΠΑΤΡΩΝ</w:t>
      </w:r>
    </w:p>
    <w:p>
      <w:pPr>
        <w:pStyle w:val="ListBullet"/>
      </w:pPr>
      <w:r>
        <w:t>🏀 ΕΣΠΕΡΟΣ ΓΣ ΛΑΜΙΑΣ - ΣΚ ΣΥΛΛΑΣ Λ. ΑΙΔΗΨΟΥ</w:t>
      </w:r>
    </w:p>
    <w:p>
      <w:pPr>
        <w:pStyle w:val="ListBullet"/>
      </w:pPr>
      <w:r>
        <w:t>🏀 ΑΙΓΑΛΕΩ ΑΟ - ΕΡΜΗΣ ΑΟ ΑΡΓΥΡΟΥΠΟΛΗΣ</w:t>
      </w:r>
    </w:p>
    <w:p>
      <w:pPr>
        <w:pStyle w:val="ListBullet"/>
      </w:pPr>
      <w:r>
        <w:t>🏀 ΕΦΑΟ ΖΩΓΡΑΦΟΥ - ΑΟ ΑΣΤΕΡΑΣ 80 ΑΛΙΒΕΡΙΟΥ</w:t>
      </w:r>
    </w:p>
    <w:p>
      <w:pPr>
        <w:pStyle w:val="ListBullet"/>
      </w:pPr>
      <w:r>
        <w:t>🏀 ΕΘΝΙΚΟΣ ΔΙΣΤΟΜΟΥ - ΑΟ ΑΧΑΓΙΑ 82</w:t>
      </w:r>
    </w:p>
    <w:p>
      <w:pPr>
        <w:pStyle w:val="Heading2"/>
      </w:pPr>
      <w:r>
        <w:t>5η Αγωνιστική</w:t>
      </w:r>
    </w:p>
    <w:p>
      <w:r>
        <w:rPr>
          <w:b/>
        </w:rPr>
        <w:t>31/10/2026</w:t>
      </w:r>
    </w:p>
    <w:p>
      <w:pPr>
        <w:pStyle w:val="ListBullet"/>
      </w:pPr>
      <w:r>
        <w:t>🏀 ΠΑΝΑΧΑΙΚΗ ΓΕ - ΕΑ ΠΡΟΜΗΘΕΑΣ 2014</w:t>
      </w:r>
    </w:p>
    <w:p>
      <w:pPr>
        <w:pStyle w:val="ListBullet"/>
      </w:pPr>
      <w:r>
        <w:t>🏀 ΓΣ ΝΙΚΗ ΒΟΛΟΥ - ΓΣ ΓΑΡΓΑΛΙΑΝΩΝ</w:t>
      </w:r>
    </w:p>
    <w:p>
      <w:pPr>
        <w:pStyle w:val="ListBullet"/>
      </w:pPr>
      <w:r>
        <w:t>🏀 ΑΣ ΑΠΟΛΛΩΝ ΠΑΤΡΩΝ - ΕΣΠΕΡΟΣ ΓΣ ΛΑΜΙΑΣ</w:t>
      </w:r>
    </w:p>
    <w:p>
      <w:pPr>
        <w:pStyle w:val="ListBullet"/>
      </w:pPr>
      <w:r>
        <w:t>🏀 ΣΚ ΣΥΛΛΑΣ Λ. ΑΙΔΗΨΟΥ - ΑΙΓΑΛΕΩ ΑΟ</w:t>
      </w:r>
    </w:p>
    <w:p>
      <w:pPr>
        <w:pStyle w:val="ListBullet"/>
      </w:pPr>
      <w:r>
        <w:t>🏀 ΕΡΜΗΣ ΑΟ ΑΡΓΥΡΟΥΠΟΛΗΣ - ΕΦΑΟ ΖΩΓΡΑΦΟΥ</w:t>
      </w:r>
    </w:p>
    <w:p>
      <w:pPr>
        <w:pStyle w:val="ListBullet"/>
      </w:pPr>
      <w:r>
        <w:t>🏀 ΑΟ ΑΣΤΕΡΑΣ 80 ΑΛΙΒΕΡΙΟΥ - ΕΘΝΙΚΟΣ ΔΙΣΤΟΜΟΥ</w:t>
      </w:r>
    </w:p>
    <w:p>
      <w:pPr>
        <w:pStyle w:val="ListBullet"/>
      </w:pPr>
      <w:r>
        <w:t>🏀 ΑΟ ΑΧΑΓΙΑ 82 - ΑΟ ΣΠΟΡΤΙΓΚ</w:t>
      </w:r>
    </w:p>
    <w:p>
      <w:pPr>
        <w:pStyle w:val="Heading2"/>
      </w:pPr>
      <w:r>
        <w:t>6η Αγωνιστική</w:t>
      </w:r>
    </w:p>
    <w:p>
      <w:r>
        <w:rPr>
          <w:b/>
        </w:rPr>
        <w:t>7/11/2026</w:t>
      </w:r>
    </w:p>
    <w:p>
      <w:pPr>
        <w:pStyle w:val="ListBullet"/>
      </w:pPr>
      <w:r>
        <w:t>🏀 ΓΣ ΓΑΡΓΑΛΙΑΝΩΝ - ΠΑΝΑΧΑΙΚΗ ΓΕ</w:t>
      </w:r>
    </w:p>
    <w:p>
      <w:pPr>
        <w:pStyle w:val="ListBullet"/>
      </w:pPr>
      <w:r>
        <w:t>🏀 ΕΣΠΕΡΟΣ ΓΣ ΛΑΜΙΑΣ - ΓΣ ΝΙΚΗ ΒΟΛΟΥ</w:t>
      </w:r>
    </w:p>
    <w:p>
      <w:pPr>
        <w:pStyle w:val="ListBullet"/>
      </w:pPr>
      <w:r>
        <w:t>🏀 ΑΙΓΑΛΕΩ ΑΟ - ΑΣ ΑΠΟΛΛΩΝ ΠΑΤΡΩΝ</w:t>
      </w:r>
    </w:p>
    <w:p>
      <w:pPr>
        <w:pStyle w:val="ListBullet"/>
      </w:pPr>
      <w:r>
        <w:t>🏀 ΕΦΑΟ ΖΩΓΡΑΦΟΥ - ΣΚ ΣΥΛΛΑΣ Λ. ΑΙΔΗΨΟΥ</w:t>
      </w:r>
    </w:p>
    <w:p>
      <w:pPr>
        <w:pStyle w:val="ListBullet"/>
      </w:pPr>
      <w:r>
        <w:t>🏀 ΕΡΜΗΣ ΑΟ ΑΡΓΥΡΟΥΠΟΛΗΣ - ΑΟ ΑΣΤΕΡΑΣ 80 ΑΛΙΒΕΡΙΟΥ</w:t>
      </w:r>
    </w:p>
    <w:p>
      <w:pPr>
        <w:pStyle w:val="ListBullet"/>
      </w:pPr>
      <w:r>
        <w:t>🏀 ΕΑ ΠΡΟΜΗΘΕΑΣ 2014 - ΑΟ ΑΧΑΓΙΑ 82</w:t>
      </w:r>
    </w:p>
    <w:p>
      <w:pPr>
        <w:pStyle w:val="ListBullet"/>
      </w:pPr>
      <w:r>
        <w:t>🏀 ΑΟ ΣΠΟΡΤΙΓΚ - ΕΘΝΙΚΟΣ ΔΙΣΤΟΜΟΥ</w:t>
      </w:r>
    </w:p>
    <w:p>
      <w:pPr>
        <w:pStyle w:val="Heading2"/>
      </w:pPr>
      <w:r>
        <w:t>7η Αγωνιστική</w:t>
      </w:r>
    </w:p>
    <w:p>
      <w:r>
        <w:rPr>
          <w:b/>
        </w:rPr>
        <w:t>14/11/2026</w:t>
      </w:r>
    </w:p>
    <w:p>
      <w:pPr>
        <w:pStyle w:val="ListBullet"/>
      </w:pPr>
      <w:r>
        <w:t>🏀 ΠΑΝΑΧΑΙΚΗ ΓΕ - ΕΣΠΕΡΟΣ ΓΣ ΛΑΜΙΑΣ</w:t>
      </w:r>
    </w:p>
    <w:p>
      <w:pPr>
        <w:pStyle w:val="ListBullet"/>
      </w:pPr>
      <w:r>
        <w:t>🏀 ΓΣ ΝΙΚΗ ΒΟΛΟΥ - ΑΙΓΑΛΕΩ ΑΟ</w:t>
      </w:r>
    </w:p>
    <w:p>
      <w:pPr>
        <w:pStyle w:val="ListBullet"/>
      </w:pPr>
      <w:r>
        <w:t>🏀 ΑΣ ΑΠΟΛΛΩΝ ΠΑΤΡΩΝ - ΕΦΑΟ ΖΩΓΡΑΦΟΥ</w:t>
      </w:r>
    </w:p>
    <w:p>
      <w:pPr>
        <w:pStyle w:val="ListBullet"/>
      </w:pPr>
      <w:r>
        <w:t>🏀 ΣΚ ΣΥΛΛΑΣ Λ. ΑΙΔΗΨΟΥ - ΕΡΜΗΣ ΑΟ ΑΡΓΥΡΟΥΠΟΛΗΣ</w:t>
      </w:r>
    </w:p>
    <w:p>
      <w:pPr>
        <w:pStyle w:val="ListBullet"/>
      </w:pPr>
      <w:r>
        <w:t>🏀 ΑΟ ΑΣΤΕΡΑΣ 80 ΑΛΙΒΕΡΙΟΥ - ΑΟ ΣΠΟΡΤΙΓΚ</w:t>
      </w:r>
    </w:p>
    <w:p>
      <w:pPr>
        <w:pStyle w:val="ListBullet"/>
      </w:pPr>
      <w:r>
        <w:t>🏀 ΑΟ ΑΧΑΓΙΑ 82 - ΓΣ ΓΑΡΓΑΛΙΑΝΩΝ</w:t>
      </w:r>
    </w:p>
    <w:p>
      <w:pPr>
        <w:pStyle w:val="ListBullet"/>
      </w:pPr>
      <w:r>
        <w:t>🏀 ΕΘΝΙΚΟΣ ΔΙΣΤΟΜΟΥ - ΕΑ ΠΡΟΜΗΘΕΑΣ 2014</w:t>
      </w:r>
    </w:p>
    <w:p>
      <w:pPr>
        <w:pStyle w:val="Heading2"/>
      </w:pPr>
      <w:r>
        <w:t>8η Αγωνιστική</w:t>
      </w:r>
    </w:p>
    <w:p>
      <w:r>
        <w:rPr>
          <w:b/>
        </w:rPr>
        <w:t>21/11/2026</w:t>
      </w:r>
    </w:p>
    <w:p>
      <w:pPr>
        <w:pStyle w:val="ListBullet"/>
      </w:pPr>
      <w:r>
        <w:t>🏀 ΑΙΓΑΛΕΩ ΑΟ - ΠΑΝΑΧΑΙΚΗ ΓΕ</w:t>
      </w:r>
    </w:p>
    <w:p>
      <w:pPr>
        <w:pStyle w:val="ListBullet"/>
      </w:pPr>
      <w:r>
        <w:t>🏀 ΕΦΑΟ ΖΩΓΡΑΦΟΥ - ΓΣ ΝΙΚΗ ΒΟΛΟΥ</w:t>
      </w:r>
    </w:p>
    <w:p>
      <w:pPr>
        <w:pStyle w:val="ListBullet"/>
      </w:pPr>
      <w:r>
        <w:t>🏀 ΕΡΜΗΣ ΑΟ ΑΡΓΥΡΟΥΠΟΛΗΣ - ΑΣ ΑΠΟΛΛΩΝ ΠΑΤΡΩΝ</w:t>
      </w:r>
    </w:p>
    <w:p>
      <w:pPr>
        <w:pStyle w:val="ListBullet"/>
      </w:pPr>
      <w:r>
        <w:t>🏀 ΣΚ ΣΥΛΛΑΣ Λ. ΑΙΔΗΨΟΥ - ΑΟ ΑΣΤΕΡΑΣ 80 ΑΛΙΒΕΡΙΟΥ</w:t>
      </w:r>
    </w:p>
    <w:p>
      <w:pPr>
        <w:pStyle w:val="ListBullet"/>
      </w:pPr>
      <w:r>
        <w:t>🏀 ΕΣΠΕΡΟΣ ΓΣ ΛΑΜΙΑΣ - ΑΟ ΑΧΑΓΙΑ 82</w:t>
      </w:r>
    </w:p>
    <w:p>
      <w:pPr>
        <w:pStyle w:val="ListBullet"/>
      </w:pPr>
      <w:r>
        <w:t>🏀 ΓΣ ΓΑΡΓΑΛΙΑΝΩΝ - ΕΘΝΙΚΟΣ ΔΙΣΤΟΜΟΥ</w:t>
      </w:r>
    </w:p>
    <w:p>
      <w:pPr>
        <w:pStyle w:val="ListBullet"/>
      </w:pPr>
      <w:r>
        <w:t>🏀 ΕΑ ΠΡΟΜΗΘΕΑΣ 2014 - ΑΟ ΣΠΟΡΤΙΓΚ</w:t>
      </w:r>
    </w:p>
    <w:p>
      <w:pPr>
        <w:pStyle w:val="Heading2"/>
      </w:pPr>
      <w:r>
        <w:t>9η Αγωνιστική</w:t>
      </w:r>
    </w:p>
    <w:p>
      <w:r>
        <w:rPr>
          <w:b/>
        </w:rPr>
        <w:t>28/11/2026</w:t>
      </w:r>
    </w:p>
    <w:p>
      <w:pPr>
        <w:pStyle w:val="ListBullet"/>
      </w:pPr>
      <w:r>
        <w:t>🏀 ΠΑΝΑΧΑΙΚΗ ΓΕ - ΕΦΑΟ ΖΩΓΡΑΦΟΥ</w:t>
      </w:r>
    </w:p>
    <w:p>
      <w:pPr>
        <w:pStyle w:val="ListBullet"/>
      </w:pPr>
      <w:r>
        <w:t>🏀 ΓΣ ΝΙΚΗ ΒΟΛΟΥ - ΕΡΜΗΣ ΑΟ ΑΡΓΥΡΟΥΠΟΛΗΣ</w:t>
      </w:r>
    </w:p>
    <w:p>
      <w:pPr>
        <w:pStyle w:val="ListBullet"/>
      </w:pPr>
      <w:r>
        <w:t>🏀 ΑΣ ΑΠΟΛΛΩΝ ΠΑΤΡΩΝ - ΣΚ ΣΥΛΛΑΣ Λ. ΑΙΔΗΨΟΥ</w:t>
      </w:r>
    </w:p>
    <w:p>
      <w:pPr>
        <w:pStyle w:val="ListBullet"/>
      </w:pPr>
      <w:r>
        <w:t>🏀 ΑΟ ΑΣΤΕΡΑΣ 80 ΑΛΙΒΕΡΙΟΥ - ΕΑ ΠΡΟΜΗΘΕΑΣ 2014</w:t>
      </w:r>
    </w:p>
    <w:p>
      <w:pPr>
        <w:pStyle w:val="ListBullet"/>
      </w:pPr>
      <w:r>
        <w:t>🏀 ΑΟ ΑΧΑΓΙΑ 82 - ΑΙΓΑΛΕΩ ΑΟ</w:t>
      </w:r>
    </w:p>
    <w:p>
      <w:pPr>
        <w:pStyle w:val="ListBullet"/>
      </w:pPr>
      <w:r>
        <w:t>🏀 ΕΘΝΙΚΟΣ ΔΙΣΤΟΜΟΥ - ΕΣΠΕΡΟΣ ΓΣ ΛΑΜΙΑΣ</w:t>
      </w:r>
    </w:p>
    <w:p>
      <w:pPr>
        <w:pStyle w:val="ListBullet"/>
      </w:pPr>
      <w:r>
        <w:t>🏀 ΑΟ ΣΠΟΡΤΙΓΚ - ΓΣ ΓΑΡΓΑΛΙΑΝΩΝ</w:t>
      </w:r>
    </w:p>
    <w:p>
      <w:pPr>
        <w:pStyle w:val="Heading2"/>
      </w:pPr>
      <w:r>
        <w:t>10η Αγωνιστική</w:t>
      </w:r>
    </w:p>
    <w:p>
      <w:r>
        <w:rPr>
          <w:b/>
        </w:rPr>
        <w:t>5/12/2026</w:t>
      </w:r>
    </w:p>
    <w:p>
      <w:pPr>
        <w:pStyle w:val="ListBullet"/>
      </w:pPr>
      <w:r>
        <w:t>🏀 ΕΡΜΗΣ ΑΟ ΑΡΓΥΡΟΥΠΟΛΗΣ - ΠΑΝΑΧΑΙΚΗ ΓΕ</w:t>
      </w:r>
    </w:p>
    <w:p>
      <w:pPr>
        <w:pStyle w:val="ListBullet"/>
      </w:pPr>
      <w:r>
        <w:t>🏀 ΣΚ ΣΥΛΛΑΣ Λ. ΑΙΔΗΨΟΥ - ΓΣ ΝΙΚΗ ΒΟΛΟΥ</w:t>
      </w:r>
    </w:p>
    <w:p>
      <w:pPr>
        <w:pStyle w:val="ListBullet"/>
      </w:pPr>
      <w:r>
        <w:t>🏀 ΑΣ ΑΠΟΛΛΩΝ ΠΑΤΡΩΝ - ΑΟ ΑΣΤΕΡΑΣ 80 ΑΛΙΒΕΡΙΟΥ</w:t>
      </w:r>
    </w:p>
    <w:p>
      <w:pPr>
        <w:pStyle w:val="ListBullet"/>
      </w:pPr>
      <w:r>
        <w:t>🏀 ΕΦΑΟ ΖΩΓΡΑΦΟΥ - ΑΟ ΑΧΑΓΙΑ 82</w:t>
      </w:r>
    </w:p>
    <w:p>
      <w:pPr>
        <w:pStyle w:val="ListBullet"/>
      </w:pPr>
      <w:r>
        <w:t>🏀 ΑΙΓΑΛΕΩ ΑΟ - ΕΘΝΙΚΟΣ ΔΙΣΤΟΜΟΥ</w:t>
      </w:r>
    </w:p>
    <w:p>
      <w:pPr>
        <w:pStyle w:val="ListBullet"/>
      </w:pPr>
      <w:r>
        <w:t>🏀 ΕΣΠΕΡΟΣ ΓΣ ΛΑΜΙΑΣ - ΑΟ ΣΠΟΡΤΙΓΚ</w:t>
      </w:r>
    </w:p>
    <w:p>
      <w:pPr>
        <w:pStyle w:val="ListBullet"/>
      </w:pPr>
      <w:r>
        <w:t>🏀 ΓΣ ΓΑΡΓΑΛΙΑΝΩΝ - ΕΑ ΠΡΟΜΗΘΕΑΣ 2014</w:t>
      </w:r>
    </w:p>
    <w:p>
      <w:pPr>
        <w:pStyle w:val="Heading2"/>
      </w:pPr>
      <w:r>
        <w:t>11η Αγωνιστική</w:t>
      </w:r>
    </w:p>
    <w:p>
      <w:r>
        <w:rPr>
          <w:b/>
        </w:rPr>
        <w:t>12/12/2026</w:t>
      </w:r>
    </w:p>
    <w:p>
      <w:pPr>
        <w:pStyle w:val="ListBullet"/>
      </w:pPr>
      <w:r>
        <w:t>🏀 ΠΑΝΑΧΑΙΚΗ ΓΕ - ΣΚ ΣΥΛΛΑΣ Λ. ΑΙΔΗΨΟΥ</w:t>
      </w:r>
    </w:p>
    <w:p>
      <w:pPr>
        <w:pStyle w:val="ListBullet"/>
      </w:pPr>
      <w:r>
        <w:t>🏀 ΓΣ ΝΙΚΗ ΒΟΛΟΥ - ΑΣ ΑΠΟΛΛΩΝ ΠΑΤΡΩΝ</w:t>
      </w:r>
    </w:p>
    <w:p>
      <w:pPr>
        <w:pStyle w:val="ListBullet"/>
      </w:pPr>
      <w:r>
        <w:t>🏀 ΑΟ ΑΣΤΕΡΑΣ 80 ΑΛΙΒΕΡΙΟΥ - ΓΣ ΓΑΡΓΑΛΙΑΝΩΝ</w:t>
      </w:r>
    </w:p>
    <w:p>
      <w:pPr>
        <w:pStyle w:val="ListBullet"/>
      </w:pPr>
      <w:r>
        <w:t>🏀 ΑΟ ΑΧΑΓΙΑ 82 - ΕΡΜΗΣ ΑΟ ΑΡΓΥΡΟΥΠΟΛΗΣ</w:t>
      </w:r>
    </w:p>
    <w:p>
      <w:pPr>
        <w:pStyle w:val="ListBullet"/>
      </w:pPr>
      <w:r>
        <w:t>🏀 ΕΘΝΙΚΟΣ ΔΙΣΤΟΜΟΥ - ΕΦΑΟ ΖΩΓΡΑΦΟΥ</w:t>
      </w:r>
    </w:p>
    <w:p>
      <w:pPr>
        <w:pStyle w:val="ListBullet"/>
      </w:pPr>
      <w:r>
        <w:t>🏀 ΑΟ ΣΠΟΡΤΙΓΚ - ΑΙΓΑΛΕΩ ΑΟ</w:t>
      </w:r>
    </w:p>
    <w:p>
      <w:pPr>
        <w:pStyle w:val="ListBullet"/>
      </w:pPr>
      <w:r>
        <w:t>🏀 ΕΑ ΠΡΟΜΗΘΕΑΣ 2014 - ΕΣΠΕΡΟΣ ΓΣ ΛΑΜΙΑΣ</w:t>
      </w:r>
    </w:p>
    <w:p>
      <w:pPr>
        <w:pStyle w:val="Heading2"/>
      </w:pPr>
      <w:r>
        <w:t>12η Αγωνιστική</w:t>
      </w:r>
    </w:p>
    <w:p>
      <w:r>
        <w:rPr>
          <w:b/>
        </w:rPr>
        <w:t>19/12/2026</w:t>
      </w:r>
    </w:p>
    <w:p>
      <w:pPr>
        <w:pStyle w:val="ListBullet"/>
      </w:pPr>
      <w:r>
        <w:t>🏀 ΑΣ ΑΠΟΛΛΩΝ ΠΑΤΡΩΝ - ΠΑΝΑΧΑΙΚΗ ΓΕ</w:t>
      </w:r>
    </w:p>
    <w:p>
      <w:pPr>
        <w:pStyle w:val="ListBullet"/>
      </w:pPr>
      <w:r>
        <w:t>🏀 ΓΣ ΝΙΚΗ ΒΟΛΟΥ - ΑΟ ΑΣΤΕΡΑΣ 80 ΑΛΙΒΕΡΙΟΥ</w:t>
      </w:r>
    </w:p>
    <w:p>
      <w:pPr>
        <w:pStyle w:val="ListBullet"/>
      </w:pPr>
      <w:r>
        <w:t>🏀 ΣΚ ΣΥΛΛΑΣ Λ. ΑΙΔΗΨΟΥ - ΑΟ ΑΧΑΓΙΑ 82</w:t>
      </w:r>
    </w:p>
    <w:p>
      <w:pPr>
        <w:pStyle w:val="ListBullet"/>
      </w:pPr>
      <w:r>
        <w:t>🏀 ΕΡΜΗΣ ΑΟ ΑΡΓΥΡΟΥΠΟΛΗΣ - ΕΘΝΙΚΟΣ ΔΙΣΤΟΜΟΥ</w:t>
      </w:r>
    </w:p>
    <w:p>
      <w:pPr>
        <w:pStyle w:val="ListBullet"/>
      </w:pPr>
      <w:r>
        <w:t>🏀 ΕΦΑΟ ΖΩΓΡΑΦΟΥ - ΑΟ ΣΠΟΡΤΙΓΚ</w:t>
      </w:r>
    </w:p>
    <w:p>
      <w:pPr>
        <w:pStyle w:val="ListBullet"/>
      </w:pPr>
      <w:r>
        <w:t>🏀 ΑΙΓΑΛΕΩ ΑΟ - ΕΑ ΠΡΟΜΗΘΕΑΣ 2014</w:t>
      </w:r>
    </w:p>
    <w:p>
      <w:pPr>
        <w:pStyle w:val="ListBullet"/>
      </w:pPr>
      <w:r>
        <w:t>🏀 ΕΣΠΕΡΟΣ ΓΣ ΛΑΜΙΑΣ - ΓΣ ΓΑΡΓΑΛΙΑΝΩΝ</w:t>
      </w:r>
    </w:p>
    <w:p>
      <w:pPr>
        <w:pStyle w:val="Heading2"/>
      </w:pPr>
      <w:r>
        <w:t>13η Αγωνιστική</w:t>
      </w:r>
    </w:p>
    <w:p>
      <w:r>
        <w:rPr>
          <w:b/>
        </w:rPr>
        <w:t>9/1/2027</w:t>
      </w:r>
    </w:p>
    <w:p>
      <w:pPr>
        <w:pStyle w:val="ListBullet"/>
      </w:pPr>
      <w:r>
        <w:t>🏀 ΠΑΝΑΧΑΙΚΗ ΓΕ - ΓΣ ΝΙΚΗ ΒΟΛΟΥ</w:t>
      </w:r>
    </w:p>
    <w:p>
      <w:pPr>
        <w:pStyle w:val="ListBullet"/>
      </w:pPr>
      <w:r>
        <w:t>🏀 ΑΟ ΑΣΤΕΡΑΣ 80 ΑΛΙΒΕΡΙΟΥ - ΕΣΠΕΡΟΣ ΓΣ ΛΑΜΙΑΣ</w:t>
      </w:r>
    </w:p>
    <w:p>
      <w:pPr>
        <w:pStyle w:val="ListBullet"/>
      </w:pPr>
      <w:r>
        <w:t>🏀 ΑΟ ΑΧΑΓΙΑ 82 - ΑΣ ΑΠΟΛΛΩΝ ΠΑΤΡΩΝ</w:t>
      </w:r>
    </w:p>
    <w:p>
      <w:pPr>
        <w:pStyle w:val="ListBullet"/>
      </w:pPr>
      <w:r>
        <w:t>🏀 ΕΘΝΙΚΟΣ ΔΙΣΤΟΜΟΥ - ΣΚ ΣΥΛΛΑΣ Λ. ΑΙΔΗΨΟΥ</w:t>
      </w:r>
    </w:p>
    <w:p>
      <w:pPr>
        <w:pStyle w:val="ListBullet"/>
      </w:pPr>
      <w:r>
        <w:t>🏀 ΑΟ ΣΠΟΡΤΙΓΚ - ΕΡΜΗΣ ΑΟ ΑΡΓΥΡΟΥΠΟΛΗΣ</w:t>
      </w:r>
    </w:p>
    <w:p>
      <w:pPr>
        <w:pStyle w:val="ListBullet"/>
      </w:pPr>
      <w:r>
        <w:t>🏀 ΕΑ ΠΡΟΜΗΘΕΑΣ 2014 - ΕΦΑΟ ΖΩΓΡΑΦΟΥ</w:t>
      </w:r>
    </w:p>
    <w:p>
      <w:pPr>
        <w:pStyle w:val="ListBullet"/>
      </w:pPr>
      <w:r>
        <w:t>🏀 ΓΣ ΓΑΡΓΑΛΙΑΝΩΝ - ΑΙΓΑΛΕΩ ΑΟ</w:t>
      </w:r>
    </w:p>
    <w:p>
      <w:pPr>
        <w:pStyle w:val="Heading2"/>
      </w:pPr>
      <w:r>
        <w:t>14η Αγωνιστική</w:t>
      </w:r>
    </w:p>
    <w:p>
      <w:r>
        <w:rPr>
          <w:b/>
        </w:rPr>
        <w:t>16/1/2027</w:t>
      </w:r>
    </w:p>
    <w:p>
      <w:pPr>
        <w:pStyle w:val="ListBullet"/>
      </w:pPr>
      <w:r>
        <w:t>🏀 ΑΟ ΑΣΤΕΡΑΣ 80 ΑΛΙΒΕΡΙΟΥ - ΠΑΝΑΧΑΙΚΗ ΓΕ</w:t>
      </w:r>
    </w:p>
    <w:p>
      <w:pPr>
        <w:pStyle w:val="ListBullet"/>
      </w:pPr>
      <w:r>
        <w:t>🏀 ΑΟ ΑΧΑΓΙΑ 82 - ΓΣ ΝΙΚΗ ΒΟΛΟΥ</w:t>
      </w:r>
    </w:p>
    <w:p>
      <w:pPr>
        <w:pStyle w:val="ListBullet"/>
      </w:pPr>
      <w:r>
        <w:t>🏀 ΕΘΝΙΚΟΣ ΔΙΣΤΟΜΟΥ - ΑΣ ΑΠΟΛΛΩΝ ΠΑΤΡΩΝ</w:t>
      </w:r>
    </w:p>
    <w:p>
      <w:pPr>
        <w:pStyle w:val="ListBullet"/>
      </w:pPr>
      <w:r>
        <w:t>🏀 ΑΟ ΣΠΟΡΤΙΓΚ - ΣΚ ΣΥΛΛΑΣ Λ. ΑΙΔΗΨΟΥ</w:t>
      </w:r>
    </w:p>
    <w:p>
      <w:pPr>
        <w:pStyle w:val="ListBullet"/>
      </w:pPr>
      <w:r>
        <w:t>🏀 ΕΑ ΠΡΟΜΗΘΕΑΣ 2014 - ΕΡΜΗΣ ΑΟ ΑΡΓΥΡΟΥΠΟΛΗΣ</w:t>
      </w:r>
    </w:p>
    <w:p>
      <w:pPr>
        <w:pStyle w:val="ListBullet"/>
      </w:pPr>
      <w:r>
        <w:t>🏀 ΓΣ ΓΑΡΓΑΛΙΑΝΩΝ - ΕΦΑΟ ΖΩΓΡΑΦΟΥ</w:t>
      </w:r>
    </w:p>
    <w:p>
      <w:pPr>
        <w:pStyle w:val="ListBullet"/>
      </w:pPr>
      <w:r>
        <w:t>🏀 ΕΣΠΕΡΟΣ ΓΣ ΛΑΜΙΑΣ - ΑΙΓΑΛΕΩ ΑΟ</w:t>
      </w:r>
    </w:p>
    <w:p>
      <w:pPr>
        <w:pStyle w:val="Heading2"/>
      </w:pPr>
      <w:r>
        <w:t>15η Αγωνιστική</w:t>
      </w:r>
    </w:p>
    <w:p>
      <w:r>
        <w:rPr>
          <w:b/>
        </w:rPr>
        <w:t>23/1/2027</w:t>
      </w:r>
    </w:p>
    <w:p>
      <w:pPr>
        <w:pStyle w:val="ListBullet"/>
      </w:pPr>
      <w:r>
        <w:t>🏀 ΠΑΝΑΧΑΙΚΗ ΓΕ - ΑΟ ΑΧΑΓΙΑ 82</w:t>
      </w:r>
    </w:p>
    <w:p>
      <w:pPr>
        <w:pStyle w:val="ListBullet"/>
      </w:pPr>
      <w:r>
        <w:t>🏀 ΓΣ ΝΙΚΗ ΒΟΛΟΥ - ΕΘΝΙΚΟΣ ΔΙΣΤΟΜΟΥ</w:t>
      </w:r>
    </w:p>
    <w:p>
      <w:pPr>
        <w:pStyle w:val="ListBullet"/>
      </w:pPr>
      <w:r>
        <w:t>🏀 ΑΣ ΑΠΟΛΛΩΝ ΠΑΤΡΩΝ - ΑΟ ΣΠΟΡΤΙΓΚ</w:t>
      </w:r>
    </w:p>
    <w:p>
      <w:pPr>
        <w:pStyle w:val="ListBullet"/>
      </w:pPr>
      <w:r>
        <w:t>🏀 ΣΚ ΣΥΛΛΑΣ Λ. ΑΙΔΗΨΟΥ - ΕΑ ΠΡΟΜΗΘΕΑΣ 2014</w:t>
      </w:r>
    </w:p>
    <w:p>
      <w:pPr>
        <w:pStyle w:val="ListBullet"/>
      </w:pPr>
      <w:r>
        <w:t>🏀 ΕΡΜΗΣ ΑΟ ΑΡΓΥΡΟΥΠΟΛΗΣ - ΓΣ ΓΑΡΓΑΛΙΑΝΩΝ</w:t>
      </w:r>
    </w:p>
    <w:p>
      <w:pPr>
        <w:pStyle w:val="ListBullet"/>
      </w:pPr>
      <w:r>
        <w:t>🏀 ΕΦΑΟ ΖΩΓΡΑΦΟΥ - ΕΣΠΕΡΟΣ ΓΣ ΛΑΜΙΑΣ</w:t>
      </w:r>
    </w:p>
    <w:p>
      <w:pPr>
        <w:pStyle w:val="ListBullet"/>
      </w:pPr>
      <w:r>
        <w:t>🏀 ΑΙΓΑΛΕΩ ΑΟ - ΑΟ ΑΣΤΕΡΑΣ 80 ΑΛΙΒΕΡΙΟΥ</w:t>
      </w:r>
    </w:p>
    <w:p>
      <w:pPr>
        <w:pStyle w:val="Heading2"/>
      </w:pPr>
      <w:r>
        <w:t>16η Αγωνιστική</w:t>
      </w:r>
    </w:p>
    <w:p>
      <w:r>
        <w:rPr>
          <w:b/>
        </w:rPr>
        <w:t>30/1/2027</w:t>
      </w:r>
    </w:p>
    <w:p>
      <w:pPr>
        <w:pStyle w:val="ListBullet"/>
      </w:pPr>
      <w:r>
        <w:t>🏀 ΕΘΝΙΚΟΣ ΔΙΣΤΟΜΟΥ - ΠΑΝΑΧΑΙΚΗ ΓΕ</w:t>
      </w:r>
    </w:p>
    <w:p>
      <w:pPr>
        <w:pStyle w:val="ListBullet"/>
      </w:pPr>
      <w:r>
        <w:t>🏀 ΑΟ ΣΠΟΡΤΙΓΚ - ΓΣ ΝΙΚΗ ΒΟΛΟΥ</w:t>
      </w:r>
    </w:p>
    <w:p>
      <w:pPr>
        <w:pStyle w:val="ListBullet"/>
      </w:pPr>
      <w:r>
        <w:t>🏀 ΕΑ ΠΡΟΜΗΘΕΑΣ 2014 - ΑΣ ΑΠΟΛΛΩΝ ΠΑΤΡΩΝ</w:t>
      </w:r>
    </w:p>
    <w:p>
      <w:pPr>
        <w:pStyle w:val="ListBullet"/>
      </w:pPr>
      <w:r>
        <w:t>🏀 ΓΣ ΓΑΡΓΑΛΙΑΝΩΝ - ΣΚ ΣΥΛΛΑΣ Λ. ΑΙΔΗΨΟΥ</w:t>
      </w:r>
    </w:p>
    <w:p>
      <w:pPr>
        <w:pStyle w:val="ListBullet"/>
      </w:pPr>
      <w:r>
        <w:t>🏀 ΕΣΠΕΡΟΣ ΓΣ ΛΑΜΙΑΣ - ΕΡΜΗΣ ΑΟ ΑΡΓΥΡΟΥΠΟΛΗΣ</w:t>
      </w:r>
    </w:p>
    <w:p>
      <w:pPr>
        <w:pStyle w:val="ListBullet"/>
      </w:pPr>
      <w:r>
        <w:t>🏀 ΑΙΓΑΛΕΩ ΑΟ - ΕΦΑΟ ΖΩΓΡΑΦΟΥ</w:t>
      </w:r>
    </w:p>
    <w:p>
      <w:pPr>
        <w:pStyle w:val="ListBullet"/>
      </w:pPr>
      <w:r>
        <w:t>🏀 ΑΟ ΑΧΑΓΙΑ 82 - ΑΟ ΑΣΤΕΡΑΣ 80 ΑΛΙΒΕΡΙΟΥ</w:t>
      </w:r>
    </w:p>
    <w:p>
      <w:pPr>
        <w:pStyle w:val="Heading2"/>
      </w:pPr>
      <w:r>
        <w:t>17η Αγωνιστική</w:t>
      </w:r>
    </w:p>
    <w:p>
      <w:r>
        <w:rPr>
          <w:b/>
        </w:rPr>
        <w:t>6/2/2027</w:t>
      </w:r>
    </w:p>
    <w:p>
      <w:pPr>
        <w:pStyle w:val="ListBullet"/>
      </w:pPr>
      <w:r>
        <w:t>🏀 ΠΑΝΑΧΑΙΚΗ ΓΕ - ΑΟ ΣΠΟΡΤΙΓΚ</w:t>
      </w:r>
    </w:p>
    <w:p>
      <w:pPr>
        <w:pStyle w:val="ListBullet"/>
      </w:pPr>
      <w:r>
        <w:t>🏀 ΓΣ ΝΙΚΗ ΒΟΛΟΥ - ΕΑ ΠΡΟΜΗΘΕΑΣ 2014</w:t>
      </w:r>
    </w:p>
    <w:p>
      <w:pPr>
        <w:pStyle w:val="ListBullet"/>
      </w:pPr>
      <w:r>
        <w:t>🏀 ΑΣ ΑΠΟΛΛΩΝ ΠΑΤΡΩΝ - ΓΣ ΓΑΡΓΑΛΙΑΝΩΝ</w:t>
      </w:r>
    </w:p>
    <w:p>
      <w:pPr>
        <w:pStyle w:val="ListBullet"/>
      </w:pPr>
      <w:r>
        <w:t>🏀 ΣΚ ΣΥΛΛΑΣ Λ. ΑΙΔΗΨΟΥ - ΕΣΠΕΡΟΣ ΓΣ ΛΑΜΙΑΣ</w:t>
      </w:r>
    </w:p>
    <w:p>
      <w:pPr>
        <w:pStyle w:val="ListBullet"/>
      </w:pPr>
      <w:r>
        <w:t>🏀 ΕΡΜΗΣ ΑΟ ΑΡΓΥΡΟΥΠΟΛΗΣ - ΑΙΓΑΛΕΩ ΑΟ</w:t>
      </w:r>
    </w:p>
    <w:p>
      <w:pPr>
        <w:pStyle w:val="ListBullet"/>
      </w:pPr>
      <w:r>
        <w:t>🏀 ΑΟ ΑΣΤΕΡΑΣ 80 ΑΛΙΒΕΡΙΟΥ - ΕΦΑΟ ΖΩΓΡΑΦΟΥ</w:t>
      </w:r>
    </w:p>
    <w:p>
      <w:pPr>
        <w:pStyle w:val="ListBullet"/>
      </w:pPr>
      <w:r>
        <w:t>🏀 ΑΟ ΑΧΑΓΙΑ 82 - ΕΘΝΙΚΟΣ ΔΙΣΤΟΜΟΥ</w:t>
      </w:r>
    </w:p>
    <w:p>
      <w:pPr>
        <w:pStyle w:val="Heading2"/>
      </w:pPr>
      <w:r>
        <w:t>18η Αγωνιστική</w:t>
      </w:r>
    </w:p>
    <w:p>
      <w:r>
        <w:rPr>
          <w:b/>
        </w:rPr>
        <w:t>13/2/2027</w:t>
      </w:r>
    </w:p>
    <w:p>
      <w:pPr>
        <w:pStyle w:val="ListBullet"/>
      </w:pPr>
      <w:r>
        <w:t>🏀 ΕΑ ΠΡΟΜΗΘΕΑΣ 2014 - ΠΑΝΑΧΑΙΚΗ ΓΕ</w:t>
      </w:r>
    </w:p>
    <w:p>
      <w:pPr>
        <w:pStyle w:val="ListBullet"/>
      </w:pPr>
      <w:r>
        <w:t>🏀 ΓΣ ΓΑΡΓΑΛΙΑΝΩΝ - ΓΣ ΝΙΚΗ ΒΟΛΟΥ</w:t>
      </w:r>
    </w:p>
    <w:p>
      <w:pPr>
        <w:pStyle w:val="ListBullet"/>
      </w:pPr>
      <w:r>
        <w:t>🏀 ΕΣΠΕΡΟΣ ΓΣ ΛΑΜΙΑΣ - ΑΣ ΑΠΟΛΛΩΝ ΠΑΤΡΩΝ</w:t>
      </w:r>
    </w:p>
    <w:p>
      <w:pPr>
        <w:pStyle w:val="ListBullet"/>
      </w:pPr>
      <w:r>
        <w:t>🏀 ΑΙΓΑΛΕΩ ΑΟ - ΣΚ ΣΥΛΛΑΣ Λ. ΑΙΔΗΨΟΥ</w:t>
      </w:r>
    </w:p>
    <w:p>
      <w:pPr>
        <w:pStyle w:val="ListBullet"/>
      </w:pPr>
      <w:r>
        <w:t>🏀 ΕΦΑΟ ΖΩΓΡΑΦΟΥ - ΕΡΜΗΣ ΑΟ ΑΡΓΥΡΟΥΠΟΛΗΣ</w:t>
      </w:r>
    </w:p>
    <w:p>
      <w:pPr>
        <w:pStyle w:val="ListBullet"/>
      </w:pPr>
      <w:r>
        <w:t>🏀 ΕΘΝΙΚΟΣ ΔΙΣΤΟΜΟΥ - ΑΟ ΑΣΤΕΡΑΣ 80 ΑΛΙΒΕΡΙΟΥ</w:t>
      </w:r>
    </w:p>
    <w:p>
      <w:pPr>
        <w:pStyle w:val="ListBullet"/>
      </w:pPr>
      <w:r>
        <w:t>🏀 ΑΟ ΣΠΟΡΤΙΓΚ - ΑΟ ΑΧΑΓΙΑ 82</w:t>
      </w:r>
    </w:p>
    <w:p>
      <w:pPr>
        <w:pStyle w:val="Heading2"/>
      </w:pPr>
      <w:r>
        <w:t>19η Αγωνιστική</w:t>
      </w:r>
    </w:p>
    <w:p>
      <w:r>
        <w:rPr>
          <w:b/>
        </w:rPr>
        <w:t>20/2/2027</w:t>
      </w:r>
    </w:p>
    <w:p>
      <w:pPr>
        <w:pStyle w:val="ListBullet"/>
      </w:pPr>
      <w:r>
        <w:t>🏀 ΠΑΝΑΧΑΙΚΗ ΓΕ - ΓΣ ΓΑΡΓΑΛΙΑΝΩΝ</w:t>
      </w:r>
    </w:p>
    <w:p>
      <w:pPr>
        <w:pStyle w:val="ListBullet"/>
      </w:pPr>
      <w:r>
        <w:t>🏀 ΓΣ ΝΙΚΗ ΒΟΛΟΥ - ΕΣΠΕΡΟΣ ΓΣ ΛΑΜΙΑΣ</w:t>
      </w:r>
    </w:p>
    <w:p>
      <w:pPr>
        <w:pStyle w:val="ListBullet"/>
      </w:pPr>
      <w:r>
        <w:t>🏀 ΑΣ ΑΠΟΛΛΩΝ ΠΑΤΡΩΝ - ΑΙΓΑΛΕΩ ΑΟ</w:t>
      </w:r>
    </w:p>
    <w:p>
      <w:pPr>
        <w:pStyle w:val="ListBullet"/>
      </w:pPr>
      <w:r>
        <w:t>🏀 ΣΚ ΣΥΛΛΑΣ Λ. ΑΙΔΗΨΟΥ - ΕΦΑΟ ΖΩΓΡΑΦΟΥ</w:t>
      </w:r>
    </w:p>
    <w:p>
      <w:pPr>
        <w:pStyle w:val="ListBullet"/>
      </w:pPr>
      <w:r>
        <w:t>🏀 ΑΟ ΑΣΤΕΡΑΣ 80 ΑΛΙΒΕΡΙΟΥ - ΕΡΜΗΣ ΑΟ ΑΡΓΥΡΟΥΠΟΛΗΣ</w:t>
      </w:r>
    </w:p>
    <w:p>
      <w:pPr>
        <w:pStyle w:val="ListBullet"/>
      </w:pPr>
      <w:r>
        <w:t>🏀 ΑΟ ΑΧΑΓΙΑ 82 - ΕΑ ΠΡΟΜΗΘΕΑΣ 2014</w:t>
      </w:r>
    </w:p>
    <w:p>
      <w:pPr>
        <w:pStyle w:val="ListBullet"/>
      </w:pPr>
      <w:r>
        <w:t>🏀 ΕΘΝΙΚΟΣ ΔΙΣΤΟΜΟΥ - ΑΟ ΣΠΟΡΤΙΓΚ</w:t>
      </w:r>
    </w:p>
    <w:p>
      <w:pPr>
        <w:pStyle w:val="Heading2"/>
      </w:pPr>
      <w:r>
        <w:t>20η Αγωνιστική</w:t>
      </w:r>
    </w:p>
    <w:p>
      <w:r>
        <w:rPr>
          <w:b/>
        </w:rPr>
        <w:t>27/2/2027</w:t>
      </w:r>
    </w:p>
    <w:p>
      <w:pPr>
        <w:pStyle w:val="ListBullet"/>
      </w:pPr>
      <w:r>
        <w:t>🏀 ΕΣΠΕΡΟΣ ΓΣ ΛΑΜΙΑΣ - ΠΑΝΑΧΑΙΚΗ ΓΕ</w:t>
      </w:r>
    </w:p>
    <w:p>
      <w:pPr>
        <w:pStyle w:val="ListBullet"/>
      </w:pPr>
      <w:r>
        <w:t>🏀 ΑΙΓΑΛΕΩ ΑΟ - ΓΣ ΝΙΚΗ ΒΟΛΟΥ</w:t>
      </w:r>
    </w:p>
    <w:p>
      <w:pPr>
        <w:pStyle w:val="ListBullet"/>
      </w:pPr>
      <w:r>
        <w:t>🏀 ΕΦΑΟ ΖΩΓΡΑΦΟΥ - ΑΣ ΑΠΟΛΛΩΝ ΠΑΤΡΩΝ</w:t>
      </w:r>
    </w:p>
    <w:p>
      <w:pPr>
        <w:pStyle w:val="ListBullet"/>
      </w:pPr>
      <w:r>
        <w:t>🏀 ΕΡΜΗΣ ΑΟ ΑΡΓΥΡΟΥΠΟΛΗΣ - ΣΚ ΣΥΛΛΑΣ Λ. ΑΙΔΗΨΟΥ</w:t>
      </w:r>
    </w:p>
    <w:p>
      <w:pPr>
        <w:pStyle w:val="ListBullet"/>
      </w:pPr>
      <w:r>
        <w:t>🏀 ΑΟ ΣΠΟΡΤΙΓΚ - ΑΟ ΑΣΤΕΡΑΣ 80 ΑΛΙΒΕΡΙΟΥ</w:t>
      </w:r>
    </w:p>
    <w:p>
      <w:pPr>
        <w:pStyle w:val="ListBullet"/>
      </w:pPr>
      <w:r>
        <w:t>🏀 ΓΣ ΓΑΡΓΑΛΙΑΝΩΝ - ΑΟ ΑΧΑΓΙΑ 82</w:t>
      </w:r>
    </w:p>
    <w:p>
      <w:pPr>
        <w:pStyle w:val="ListBullet"/>
      </w:pPr>
      <w:r>
        <w:t>🏀 ΕΑ ΠΡΟΜΗΘΕΑΣ 2014 - ΕΘΝΙΚΟΣ ΔΙΣΤΟΜΟΥ</w:t>
      </w:r>
    </w:p>
    <w:p>
      <w:pPr>
        <w:pStyle w:val="Heading2"/>
      </w:pPr>
      <w:r>
        <w:t>21η Αγωνιστική</w:t>
      </w:r>
    </w:p>
    <w:p>
      <w:r>
        <w:rPr>
          <w:b/>
        </w:rPr>
        <w:t>6/3/2027</w:t>
      </w:r>
    </w:p>
    <w:p>
      <w:pPr>
        <w:pStyle w:val="ListBullet"/>
      </w:pPr>
      <w:r>
        <w:t>🏀 ΠΑΝΑΧΑΙΚΗ ΓΕ - ΑΙΓΑΛΕΩ ΑΟ</w:t>
      </w:r>
    </w:p>
    <w:p>
      <w:pPr>
        <w:pStyle w:val="ListBullet"/>
      </w:pPr>
      <w:r>
        <w:t>🏀 ΓΣ ΝΙΚΗ ΒΟΛΟΥ - ΕΦΑΟ ΖΩΓΡΑΦΟΥ</w:t>
      </w:r>
    </w:p>
    <w:p>
      <w:pPr>
        <w:pStyle w:val="ListBullet"/>
      </w:pPr>
      <w:r>
        <w:t>🏀 ΑΣ ΑΠΟΛΛΩΝ ΠΑΤΡΩΝ - ΕΡΜΗΣ ΑΟ ΑΡΓΥΡΟΥΠΟΛΗΣ</w:t>
      </w:r>
    </w:p>
    <w:p>
      <w:pPr>
        <w:pStyle w:val="ListBullet"/>
      </w:pPr>
      <w:r>
        <w:t>🏀 ΑΟ ΑΣΤΕΡΑΣ 80 ΑΛΙΒΕΡΙΟΥ - ΣΚ ΣΥΛΛΑΣ Λ. ΑΙΔΗΨΟΥ</w:t>
      </w:r>
    </w:p>
    <w:p>
      <w:pPr>
        <w:pStyle w:val="ListBullet"/>
      </w:pPr>
      <w:r>
        <w:t>🏀 ΑΟ ΑΧΑΓΙΑ 82 - ΕΣΠΕΡΟΣ ΓΣ ΛΑΜΙΑΣ</w:t>
      </w:r>
    </w:p>
    <w:p>
      <w:pPr>
        <w:pStyle w:val="ListBullet"/>
      </w:pPr>
      <w:r>
        <w:t>🏀 ΕΘΝΙΚΟΣ ΔΙΣΤΟΜΟΥ - ΓΣ ΓΑΡΓΑΛΙΑΝΩΝ</w:t>
      </w:r>
    </w:p>
    <w:p>
      <w:pPr>
        <w:pStyle w:val="ListBullet"/>
      </w:pPr>
      <w:r>
        <w:t>🏀 ΑΟ ΣΠΟΡΤΙΓΚ - ΕΑ ΠΡΟΜΗΘΕΑΣ 2014</w:t>
      </w:r>
    </w:p>
    <w:p>
      <w:pPr>
        <w:pStyle w:val="Heading2"/>
      </w:pPr>
      <w:r>
        <w:t>22η Αγωνιστική</w:t>
      </w:r>
    </w:p>
    <w:p>
      <w:r>
        <w:rPr>
          <w:b/>
        </w:rPr>
        <w:t>13/3/2027</w:t>
      </w:r>
    </w:p>
    <w:p>
      <w:pPr>
        <w:pStyle w:val="ListBullet"/>
      </w:pPr>
      <w:r>
        <w:t>🏀 ΕΦΑΟ ΖΩΓΡΑΦΟΥ - ΠΑΝΑΧΑΙΚΗ ΓΕ</w:t>
      </w:r>
    </w:p>
    <w:p>
      <w:pPr>
        <w:pStyle w:val="ListBullet"/>
      </w:pPr>
      <w:r>
        <w:t>🏀 ΕΡΜΗΣ ΑΟ ΑΡΓΥΡΟΥΠΟΛΗΣ - ΓΣ ΝΙΚΗ ΒΟΛΟΥ</w:t>
      </w:r>
    </w:p>
    <w:p>
      <w:pPr>
        <w:pStyle w:val="ListBullet"/>
      </w:pPr>
      <w:r>
        <w:t>🏀 ΣΚ ΣΥΛΛΑΣ Λ. ΑΙΔΗΨΟΥ - ΑΣ ΑΠΟΛΛΩΝ ΠΑΤΡΩΝ</w:t>
      </w:r>
    </w:p>
    <w:p>
      <w:pPr>
        <w:pStyle w:val="ListBullet"/>
      </w:pPr>
      <w:r>
        <w:t>🏀 ΕΑ ΠΡΟΜΗΘΕΑΣ 2014 - ΑΟ ΑΣΤΕΡΑΣ 80 ΑΛΙΒΕΡΙΟΥ</w:t>
      </w:r>
    </w:p>
    <w:p>
      <w:pPr>
        <w:pStyle w:val="ListBullet"/>
      </w:pPr>
      <w:r>
        <w:t>🏀 ΑΙΓΑΛΕΩ ΑΟ - ΑΟ ΑΧΑΓΙΑ 82</w:t>
      </w:r>
    </w:p>
    <w:p>
      <w:pPr>
        <w:pStyle w:val="ListBullet"/>
      </w:pPr>
      <w:r>
        <w:t>🏀 ΕΣΠΕΡΟΣ ΓΣ ΛΑΜΙΑΣ - ΕΘΝΙΚΟΣ ΔΙΣΤΟΜΟΥ</w:t>
      </w:r>
    </w:p>
    <w:p>
      <w:pPr>
        <w:pStyle w:val="ListBullet"/>
      </w:pPr>
      <w:r>
        <w:t>🏀 ΓΣ ΓΑΡΓΑΛΙΑΝΩΝ - ΑΟ ΣΠΟΡΤΙΓΚ</w:t>
      </w:r>
    </w:p>
    <w:p>
      <w:pPr>
        <w:pStyle w:val="Heading2"/>
      </w:pPr>
      <w:r>
        <w:t>23η Αγωνιστική</w:t>
      </w:r>
    </w:p>
    <w:p>
      <w:r>
        <w:rPr>
          <w:b/>
        </w:rPr>
        <w:t>20/3/2027</w:t>
      </w:r>
    </w:p>
    <w:p>
      <w:pPr>
        <w:pStyle w:val="ListBullet"/>
      </w:pPr>
      <w:r>
        <w:t>🏀 ΠΑΝΑΧΑΙΚΗ ΓΕ - ΕΡΜΗΣ ΑΟ ΑΡΓΥΡΟΥΠΟΛΗΣ</w:t>
      </w:r>
    </w:p>
    <w:p>
      <w:pPr>
        <w:pStyle w:val="ListBullet"/>
      </w:pPr>
      <w:r>
        <w:t>🏀 ΓΣ ΝΙΚΗ ΒΟΛΟΥ - ΣΚ ΣΥΛΛΑΣ Λ. ΑΙΔΗΨΟΥ</w:t>
      </w:r>
    </w:p>
    <w:p>
      <w:pPr>
        <w:pStyle w:val="ListBullet"/>
      </w:pPr>
      <w:r>
        <w:t>🏀 ΑΟ ΑΣΤΕΡΑΣ 80 ΑΛΙΒΕΡΙΟΥ - ΑΣ ΑΠΟΛΛΩΝ ΠΑΤΡΩΝ</w:t>
      </w:r>
    </w:p>
    <w:p>
      <w:pPr>
        <w:pStyle w:val="ListBullet"/>
      </w:pPr>
      <w:r>
        <w:t>🏀 ΑΟ ΑΧΑΓΙΑ 82 - ΕΦΑΟ ΖΩΓΡΑΦΟΥ</w:t>
      </w:r>
    </w:p>
    <w:p>
      <w:pPr>
        <w:pStyle w:val="ListBullet"/>
      </w:pPr>
      <w:r>
        <w:t>🏀 ΕΘΝΙΚΟΣ ΔΙΣΤΟΜΟΥ - ΑΙΓΑΛΕΩ ΑΟ</w:t>
      </w:r>
    </w:p>
    <w:p>
      <w:pPr>
        <w:pStyle w:val="ListBullet"/>
      </w:pPr>
      <w:r>
        <w:t>🏀 ΑΟ ΣΠΟΡΤΙΓΚ - ΕΣΠΕΡΟΣ ΓΣ ΛΑΜΙΑΣ</w:t>
      </w:r>
    </w:p>
    <w:p>
      <w:pPr>
        <w:pStyle w:val="ListBullet"/>
      </w:pPr>
      <w:r>
        <w:t>🏀 ΕΑ ΠΡΟΜΗΘΕΑΣ 2014 - ΓΣ ΓΑΡΓΑΛΙΑΝΩΝ</w:t>
      </w:r>
    </w:p>
    <w:p>
      <w:pPr>
        <w:pStyle w:val="Heading2"/>
      </w:pPr>
      <w:r>
        <w:t>24η Αγωνιστική</w:t>
      </w:r>
    </w:p>
    <w:p>
      <w:r>
        <w:rPr>
          <w:b/>
        </w:rPr>
        <w:t>27/3/2027</w:t>
      </w:r>
    </w:p>
    <w:p>
      <w:pPr>
        <w:pStyle w:val="ListBullet"/>
      </w:pPr>
      <w:r>
        <w:t>🏀 ΣΚ ΣΥΛΛΑΣ Λ. ΑΙΔΗΨΟΥ - ΠΑΝΑΧΑΙΚΗ ΓΕ</w:t>
      </w:r>
    </w:p>
    <w:p>
      <w:pPr>
        <w:pStyle w:val="ListBullet"/>
      </w:pPr>
      <w:r>
        <w:t>🏀 ΑΣ ΑΠΟΛΛΩΝ ΠΑΤΡΩΝ - ΓΣ ΝΙΚΗ ΒΟΛΟΥ</w:t>
      </w:r>
    </w:p>
    <w:p>
      <w:pPr>
        <w:pStyle w:val="ListBullet"/>
      </w:pPr>
      <w:r>
        <w:t>🏀 ΓΣ ΓΑΡΓΑΛΙΑΝΩΝ - ΑΟ ΑΣΤΕΡΑΣ 80 ΑΛΙΒΕΡΙΟΥ</w:t>
      </w:r>
    </w:p>
    <w:p>
      <w:pPr>
        <w:pStyle w:val="ListBullet"/>
      </w:pPr>
      <w:r>
        <w:t>🏀 ΕΡΜΗΣ ΑΟ ΑΡΓΥΡΟΥΠΟΛΗΣ - ΑΟ ΑΧΑΓΙΑ 82</w:t>
      </w:r>
    </w:p>
    <w:p>
      <w:pPr>
        <w:pStyle w:val="ListBullet"/>
      </w:pPr>
      <w:r>
        <w:t>🏀 ΕΦΑΟ ΖΩΓΡΑΦΟΥ - ΕΘΝΙΚΟΣ ΔΙΣΤΟΜΟΥ</w:t>
      </w:r>
    </w:p>
    <w:p>
      <w:pPr>
        <w:pStyle w:val="ListBullet"/>
      </w:pPr>
      <w:r>
        <w:t>🏀 ΑΙΓΑΛΕΩ ΑΟ - ΑΟ ΣΠΟΡΤΙΓΚ</w:t>
      </w:r>
    </w:p>
    <w:p>
      <w:pPr>
        <w:pStyle w:val="ListBullet"/>
      </w:pPr>
      <w:r>
        <w:t>🏀 ΕΣΠΕΡΟΣ ΓΣ ΛΑΜΙΑΣ - ΕΑ ΠΡΟΜΗΘΕΑΣ 2014</w:t>
      </w:r>
    </w:p>
    <w:p>
      <w:pPr>
        <w:pStyle w:val="Heading2"/>
      </w:pPr>
      <w:r>
        <w:t>25η Αγωνιστική</w:t>
      </w:r>
    </w:p>
    <w:p>
      <w:r>
        <w:rPr>
          <w:b/>
        </w:rPr>
        <w:t>3/4/2027</w:t>
      </w:r>
    </w:p>
    <w:p>
      <w:pPr>
        <w:pStyle w:val="ListBullet"/>
      </w:pPr>
      <w:r>
        <w:t>🏀 ΠΑΝΑΧΑΙΚΗ ΓΕ - ΑΣ ΑΠΟΛΛΩΝ ΠΑΤΡΩΝ</w:t>
      </w:r>
    </w:p>
    <w:p>
      <w:pPr>
        <w:pStyle w:val="ListBullet"/>
      </w:pPr>
      <w:r>
        <w:t>🏀 ΑΟ ΑΣΤΕΡΑΣ 80 ΑΛΙΒΕΡΙΟΥ - ΓΣ ΝΙΚΗ ΒΟΛΟΥ</w:t>
      </w:r>
    </w:p>
    <w:p>
      <w:pPr>
        <w:pStyle w:val="ListBullet"/>
      </w:pPr>
      <w:r>
        <w:t>🏀 ΑΟ ΑΧΑΓΙΑ 82 - ΣΚ ΣΥΛΛΑΣ Λ. ΑΙΔΗΨΟΥ</w:t>
      </w:r>
    </w:p>
    <w:p>
      <w:pPr>
        <w:pStyle w:val="ListBullet"/>
      </w:pPr>
      <w:r>
        <w:t>🏀 ΕΘΝΙΚΟΣ ΔΙΣΤΟΜΟΥ - ΕΡΜΗΣ ΑΟ ΑΡΓΥΡΟΥΠΟΛΗΣ</w:t>
      </w:r>
    </w:p>
    <w:p>
      <w:pPr>
        <w:pStyle w:val="ListBullet"/>
      </w:pPr>
      <w:r>
        <w:t>🏀 ΑΟ ΣΠΟΡΤΙΓΚ - ΕΦΑΟ ΖΩΓΡΑΦΟΥ</w:t>
      </w:r>
    </w:p>
    <w:p>
      <w:pPr>
        <w:pStyle w:val="ListBullet"/>
      </w:pPr>
      <w:r>
        <w:t>🏀 ΕΑ ΠΡΟΜΗΘΕΑΣ 2014 - ΑΙΓΑΛΕΩ ΑΟ</w:t>
      </w:r>
    </w:p>
    <w:p>
      <w:pPr>
        <w:pStyle w:val="ListBullet"/>
      </w:pPr>
      <w:r>
        <w:t>🏀 ΓΣ ΓΑΡΓΑΛΙΑΝΩΝ - ΕΣΠΕΡΟΣ ΓΣ ΛΑΜΙΑΣ</w:t>
      </w:r>
    </w:p>
    <w:p>
      <w:pPr>
        <w:pStyle w:val="Heading2"/>
      </w:pPr>
      <w:r>
        <w:t>26η Αγωνιστική</w:t>
      </w:r>
    </w:p>
    <w:p>
      <w:r>
        <w:rPr>
          <w:b/>
        </w:rPr>
        <w:t>10/4/2027</w:t>
      </w:r>
    </w:p>
    <w:p>
      <w:pPr>
        <w:pStyle w:val="ListBullet"/>
      </w:pPr>
      <w:r>
        <w:t>🏀 ΓΣ ΝΙΚΗ ΒΟΛΟΥ - ΠΑΝΑΧΑΙΚΗ ΓΕ</w:t>
      </w:r>
    </w:p>
    <w:p>
      <w:pPr>
        <w:pStyle w:val="ListBullet"/>
      </w:pPr>
      <w:r>
        <w:t>🏀 ΕΣΠΕΡΟΣ ΓΣ ΛΑΜΙΑΣ - ΑΟ ΑΣΤΕΡΑΣ 80 ΑΛΙΒΕΡΙΟΥ</w:t>
      </w:r>
    </w:p>
    <w:p>
      <w:pPr>
        <w:pStyle w:val="ListBullet"/>
      </w:pPr>
      <w:r>
        <w:t>🏀 ΑΣ ΑΠΟΛΛΩΝ ΠΑΤΡΩΝ - ΑΟ ΑΧΑΓΙΑ 82</w:t>
      </w:r>
    </w:p>
    <w:p>
      <w:pPr>
        <w:pStyle w:val="ListBullet"/>
      </w:pPr>
      <w:r>
        <w:t>🏀 ΣΚ ΣΥΛΛΑΣ Λ. ΑΙΔΗΨΟΥ - ΕΘΝΙΚΟΣ ΔΙΣΤΟΜΟΥ</w:t>
      </w:r>
    </w:p>
    <w:p>
      <w:pPr>
        <w:pStyle w:val="ListBullet"/>
      </w:pPr>
      <w:r>
        <w:t>🏀 ΕΡΜΗΣ ΑΟ ΑΡΓΥΡΟΥΠΟΛΗΣ - ΑΟ ΣΠΟΡΤΙΓΚ</w:t>
      </w:r>
    </w:p>
    <w:p>
      <w:pPr>
        <w:pStyle w:val="ListBullet"/>
      </w:pPr>
      <w:r>
        <w:t>🏀 ΕΦΑΟ ΖΩΓΡΑΦΟΥ - ΕΑ ΠΡΟΜΗΘΕΑΣ 2014</w:t>
      </w:r>
    </w:p>
    <w:p>
      <w:pPr>
        <w:pStyle w:val="ListBullet"/>
      </w:pPr>
      <w:r>
        <w:t>🏀 ΑΙΓΑΛΕΩ ΑΟ - ΓΣ ΓΑΡΓΑΛΙΑΝΩΝ</w:t>
      </w:r>
    </w:p>
    <w:p>
      <w:r>
        <w:br w:type="page"/>
      </w:r>
    </w:p>
    <w:p>
      <w:pPr>
        <w:pStyle w:val="Heading1"/>
      </w:pPr>
      <w:r>
        <w:t>3ος Όμιλος</w:t>
      </w:r>
    </w:p>
    <w:p>
      <w:pPr>
        <w:pStyle w:val="Heading2"/>
      </w:pPr>
      <w:r>
        <w:t>1η Αγωνιστική</w:t>
      </w:r>
    </w:p>
    <w:p>
      <w:r>
        <w:rPr>
          <w:b/>
        </w:rPr>
        <w:t>3/10/2026</w:t>
      </w:r>
    </w:p>
    <w:p>
      <w:pPr>
        <w:pStyle w:val="ListBullet"/>
      </w:pPr>
      <w:r>
        <w:t>🏀 ΑΟ ΓΑΛΑΤΙΣΤΑΣ - ΚΑΟ ΔΡΑΜΑΣ</w:t>
      </w:r>
    </w:p>
    <w:p>
      <w:pPr>
        <w:pStyle w:val="ListBullet"/>
      </w:pPr>
      <w:r>
        <w:t>🏀 ΑΟ ΑΡΕΤΣΟΥ ΚΑΛΑΜΑΡΙΑΣ - ΙΟΝΙΟΣ ΑΣ</w:t>
      </w:r>
    </w:p>
    <w:p>
      <w:pPr>
        <w:pStyle w:val="ListBullet"/>
      </w:pPr>
      <w:r>
        <w:t>🏀 ΜΓΣ ΠΑΝΣΕΡΡΑΙΚΟΣ - ΧΑΝΘ</w:t>
      </w:r>
    </w:p>
    <w:p>
      <w:pPr>
        <w:pStyle w:val="ListBullet"/>
      </w:pPr>
      <w:r>
        <w:t>🏀 ΑΣ ΠΑΝΟΡΑΜΑ - ΚΑΟΧ ΕΥΡΩΠΗ 87</w:t>
      </w:r>
    </w:p>
    <w:p>
      <w:pPr>
        <w:pStyle w:val="ListBullet"/>
      </w:pPr>
      <w:r>
        <w:t>🏀 ΑΣ ΙΩΝΙΚΟΣ ΙΩΝΙΑΣ - ΓΣ ΕΛΕΥΘΕΡΟΥΠΟΛΗΣ</w:t>
      </w:r>
    </w:p>
    <w:p>
      <w:pPr>
        <w:pStyle w:val="ListBullet"/>
      </w:pPr>
      <w:r>
        <w:t>🏀 ΜΓΣ ΓΕΦΥΡΑΣ - ΑΟ ΛΕΥΚΙΠΠΟΣ ΞΑΝΘΗΣ</w:t>
      </w:r>
    </w:p>
    <w:p>
      <w:pPr>
        <w:pStyle w:val="ListBullet"/>
      </w:pPr>
      <w:r>
        <w:t>🏀 ΣΦΚ ΠΙΕΡΙΚΟΣ ΑΡΧΕΛΑΟΣ - ΑΣ ΑΝΑΓΕΝΝΗΣΗ ΚΑΡΔΙΤΣΑΣ</w:t>
      </w:r>
    </w:p>
    <w:p>
      <w:pPr>
        <w:pStyle w:val="Heading2"/>
      </w:pPr>
      <w:r>
        <w:t>2η Αγωνιστική</w:t>
      </w:r>
    </w:p>
    <w:p>
      <w:r>
        <w:rPr>
          <w:b/>
        </w:rPr>
        <w:t>10/10/2026</w:t>
      </w:r>
    </w:p>
    <w:p>
      <w:pPr>
        <w:pStyle w:val="ListBullet"/>
      </w:pPr>
      <w:r>
        <w:t>🏀 ΙΟΝΙΟΣ ΑΣ - ΑΟ ΓΑΛΑΤΙΣΤΑΣ</w:t>
      </w:r>
    </w:p>
    <w:p>
      <w:pPr>
        <w:pStyle w:val="ListBullet"/>
      </w:pPr>
      <w:r>
        <w:t>🏀 ΧΑΝΘ - ΑΟ ΑΡΕΤΣΟΥ ΚΑΛΑΜΑΡΙΑΣ</w:t>
      </w:r>
    </w:p>
    <w:p>
      <w:pPr>
        <w:pStyle w:val="ListBullet"/>
      </w:pPr>
      <w:r>
        <w:t>🏀 ΚΑΟΧ ΕΥΡΩΠΗ 87 - ΜΓΣ ΠΑΝΣΕΡΡΑΙΚΟΣ</w:t>
      </w:r>
    </w:p>
    <w:p>
      <w:pPr>
        <w:pStyle w:val="ListBullet"/>
      </w:pPr>
      <w:r>
        <w:t>🏀 ΓΣ ΕΛΕΥΘΕΡΟΥΠΟΛΗΣ - ΑΣ ΠΑΝΟΡΑΜΑ</w:t>
      </w:r>
    </w:p>
    <w:p>
      <w:pPr>
        <w:pStyle w:val="ListBullet"/>
      </w:pPr>
      <w:r>
        <w:t>🏀 ΑΟ ΛΕΥΚΙΠΠΟΣ ΞΑΝΘΗΣ - ΑΣ ΙΩΝΙΚΟΣ ΙΩΝΙΑΣ</w:t>
      </w:r>
    </w:p>
    <w:p>
      <w:pPr>
        <w:pStyle w:val="ListBullet"/>
      </w:pPr>
      <w:r>
        <w:t>🏀 ΑΣ ΑΝΑΓΕΝΝΗΣΗ ΚΑΡΔΙΤΣΑΣ - ΜΓΣ ΓΕΦΥΡΑΣ</w:t>
      </w:r>
    </w:p>
    <w:p>
      <w:pPr>
        <w:pStyle w:val="ListBullet"/>
      </w:pPr>
      <w:r>
        <w:t>🏀 ΚΑΟ ΔΡΑΜΑΣ - ΣΦΚ ΠΙΕΡΙΚΟΣ ΑΡΧΕΛΑΟΣ</w:t>
      </w:r>
    </w:p>
    <w:p>
      <w:pPr>
        <w:pStyle w:val="Heading2"/>
      </w:pPr>
      <w:r>
        <w:t>3η Αγωνιστική</w:t>
      </w:r>
    </w:p>
    <w:p>
      <w:r>
        <w:rPr>
          <w:b/>
        </w:rPr>
        <w:t>17/10/2026</w:t>
      </w:r>
    </w:p>
    <w:p>
      <w:pPr>
        <w:pStyle w:val="ListBullet"/>
      </w:pPr>
      <w:r>
        <w:t>🏀 ΑΟ ΓΑΛΑΤΙΣΤΑΣ - ΧΑΝΘ</w:t>
      </w:r>
    </w:p>
    <w:p>
      <w:pPr>
        <w:pStyle w:val="ListBullet"/>
      </w:pPr>
      <w:r>
        <w:t>🏀 ΑΟ ΑΡΕΤΣΟΥ ΚΑΛΑΜΑΡΙΑΣ - ΚΑΟΧ ΕΥΡΩΠΗ 87</w:t>
      </w:r>
    </w:p>
    <w:p>
      <w:pPr>
        <w:pStyle w:val="ListBullet"/>
      </w:pPr>
      <w:r>
        <w:t>🏀 ΜΓΣ ΠΑΝΣΕΡΡΑΙΚΟΣ - ΓΣ ΕΛΕΥΘΕΡΟΥΠΟΛΗΣ</w:t>
      </w:r>
    </w:p>
    <w:p>
      <w:pPr>
        <w:pStyle w:val="ListBullet"/>
      </w:pPr>
      <w:r>
        <w:t>🏀 ΑΣ ΠΑΝΟΡΑΜΑ - ΑΟ ΛΕΥΚΙΠΠΟΣ ΞΑΝΘΗΣ</w:t>
      </w:r>
    </w:p>
    <w:p>
      <w:pPr>
        <w:pStyle w:val="ListBullet"/>
      </w:pPr>
      <w:r>
        <w:t>🏀 ΑΣ ΙΩΝΙΚΟΣ ΙΩΝΙΑΣ - ΑΣ ΑΝΑΓΕΝΝΗΣΗ ΚΑΡΔΙΤΣΑΣ</w:t>
      </w:r>
    </w:p>
    <w:p>
      <w:pPr>
        <w:pStyle w:val="ListBullet"/>
      </w:pPr>
      <w:r>
        <w:t>🏀 ΜΓΣ ΓΕΦΥΡΑΣ - ΣΦΚ ΠΙΕΡΙΚΟΣ ΑΡΧΕΛΑΟΣ</w:t>
      </w:r>
    </w:p>
    <w:p>
      <w:pPr>
        <w:pStyle w:val="ListBullet"/>
      </w:pPr>
      <w:r>
        <w:t>🏀 ΚΑΟ ΔΡΑΜΑΣ - ΙΟΝΙΟΣ ΑΣ</w:t>
      </w:r>
    </w:p>
    <w:p>
      <w:pPr>
        <w:pStyle w:val="Heading2"/>
      </w:pPr>
      <w:r>
        <w:t>4η Αγωνιστική</w:t>
      </w:r>
    </w:p>
    <w:p>
      <w:r>
        <w:rPr>
          <w:b/>
        </w:rPr>
        <w:t>24/10/2026</w:t>
      </w:r>
    </w:p>
    <w:p>
      <w:pPr>
        <w:pStyle w:val="ListBullet"/>
      </w:pPr>
      <w:r>
        <w:t>🏀 ΚΑΟΧ ΕΥΡΩΠΗ 87 - ΑΟ ΓΑΛΑΤΙΣΤΑΣ</w:t>
      </w:r>
    </w:p>
    <w:p>
      <w:pPr>
        <w:pStyle w:val="ListBullet"/>
      </w:pPr>
      <w:r>
        <w:t>🏀 ΓΣ ΕΛΕΥΘΕΡΟΥΠΟΛΗΣ - ΑΟ ΑΡΕΤΣΟΥ ΚΑΛΑΜΑΡΙΑΣ</w:t>
      </w:r>
    </w:p>
    <w:p>
      <w:pPr>
        <w:pStyle w:val="ListBullet"/>
      </w:pPr>
      <w:r>
        <w:t>🏀 ΑΟ ΛΕΥΚΙΠΠΟΣ ΞΑΝΘΗΣ - ΜΓΣ ΠΑΝΣΕΡΡΑΙΚΟΣ</w:t>
      </w:r>
    </w:p>
    <w:p>
      <w:pPr>
        <w:pStyle w:val="ListBullet"/>
      </w:pPr>
      <w:r>
        <w:t>🏀 ΑΣ ΑΝΑΓΕΝΝΗΣΗ ΚΑΡΔΙΤΣΑΣ - ΑΣ ΠΑΝΟΡΑΜΑ</w:t>
      </w:r>
    </w:p>
    <w:p>
      <w:pPr>
        <w:pStyle w:val="ListBullet"/>
      </w:pPr>
      <w:r>
        <w:t>🏀 ΣΦΚ ΠΙΕΡΙΚΟΣ ΑΡΧΕΛΑΟΣ - ΑΣ ΙΩΝΙΚΟΣ ΙΩΝΙΑΣ</w:t>
      </w:r>
    </w:p>
    <w:p>
      <w:pPr>
        <w:pStyle w:val="ListBullet"/>
      </w:pPr>
      <w:r>
        <w:t>🏀 ΜΓΣ ΓΕΦΥΡΑΣ - ΚΑΟ ΔΡΑΜΑΣ</w:t>
      </w:r>
    </w:p>
    <w:p>
      <w:pPr>
        <w:pStyle w:val="ListBullet"/>
      </w:pPr>
      <w:r>
        <w:t>🏀 ΧΑΝΘ - ΙΟΝΙΟΣ ΑΣ</w:t>
      </w:r>
    </w:p>
    <w:p>
      <w:pPr>
        <w:pStyle w:val="Heading2"/>
      </w:pPr>
      <w:r>
        <w:t>5η Αγωνιστική</w:t>
      </w:r>
    </w:p>
    <w:p>
      <w:r>
        <w:rPr>
          <w:b/>
        </w:rPr>
        <w:t>31/10/2026</w:t>
      </w:r>
    </w:p>
    <w:p>
      <w:pPr>
        <w:pStyle w:val="ListBullet"/>
      </w:pPr>
      <w:r>
        <w:t>🏀 ΑΟ ΓΑΛΑΤΙΣΤΑΣ - ΓΣ ΕΛΕΥΘΕΡΟΥΠΟΛΗΣ</w:t>
      </w:r>
    </w:p>
    <w:p>
      <w:pPr>
        <w:pStyle w:val="ListBullet"/>
      </w:pPr>
      <w:r>
        <w:t>🏀 ΑΟ ΑΡΕΤΣΟΥ ΚΑΛΑΜΑΡΙΑΣ - ΑΟ ΛΕΥΚΙΠΠΟΣ ΞΑΝΘΗΣ</w:t>
      </w:r>
    </w:p>
    <w:p>
      <w:pPr>
        <w:pStyle w:val="ListBullet"/>
      </w:pPr>
      <w:r>
        <w:t>🏀 ΜΓΣ ΠΑΝΣΕΡΡΑΙΚΟΣ - ΑΣ ΑΝΑΓΕΝΝΗΣΗ ΚΑΡΔΙΤΣΑΣ</w:t>
      </w:r>
    </w:p>
    <w:p>
      <w:pPr>
        <w:pStyle w:val="ListBullet"/>
      </w:pPr>
      <w:r>
        <w:t>🏀 ΑΣ ΠΑΝΟΡΑΜΑ - ΣΦΚ ΠΙΕΡΙΚΟΣ ΑΡΧΕΛΑΟΣ</w:t>
      </w:r>
    </w:p>
    <w:p>
      <w:pPr>
        <w:pStyle w:val="ListBullet"/>
      </w:pPr>
      <w:r>
        <w:t>🏀 ΑΣ ΙΩΝΙΚΟΣ ΙΩΝΙΑΣ - ΜΓΣ ΓΕΦΥΡΑΣ</w:t>
      </w:r>
    </w:p>
    <w:p>
      <w:pPr>
        <w:pStyle w:val="ListBullet"/>
      </w:pPr>
      <w:r>
        <w:t>🏀 ΚΑΟ ΔΡΑΜΑΣ - ΧΑΝΘ</w:t>
      </w:r>
    </w:p>
    <w:p>
      <w:pPr>
        <w:pStyle w:val="ListBullet"/>
      </w:pPr>
      <w:r>
        <w:t>🏀 ΙΟΝΙΟΣ ΑΣ - ΚΑΟΧ ΕΥΡΩΠΗ 87</w:t>
      </w:r>
    </w:p>
    <w:p>
      <w:pPr>
        <w:pStyle w:val="Heading2"/>
      </w:pPr>
      <w:r>
        <w:t>6η Αγωνιστική</w:t>
      </w:r>
    </w:p>
    <w:p>
      <w:r>
        <w:rPr>
          <w:b/>
        </w:rPr>
        <w:t>7/11/2026</w:t>
      </w:r>
    </w:p>
    <w:p>
      <w:pPr>
        <w:pStyle w:val="ListBullet"/>
      </w:pPr>
      <w:r>
        <w:t>🏀 ΑΟ ΛΕΥΚΙΠΠΟΣ ΞΑΝΘΗΣ - ΑΟ ΓΑΛΑΤΙΣΤΑΣ</w:t>
      </w:r>
    </w:p>
    <w:p>
      <w:pPr>
        <w:pStyle w:val="ListBullet"/>
      </w:pPr>
      <w:r>
        <w:t>🏀 ΑΣ ΑΝΑΓΕΝΝΗΣΗ ΚΑΡΔΙΤΣΑΣ - ΑΟ ΑΡΕΤΣΟΥ ΚΑΛΑΜΑΡΙΑΣ</w:t>
      </w:r>
    </w:p>
    <w:p>
      <w:pPr>
        <w:pStyle w:val="ListBullet"/>
      </w:pPr>
      <w:r>
        <w:t>🏀 ΣΦΚ ΠΙΕΡΙΚΟΣ ΑΡΧΕΛΑΟΣ - ΜΓΣ ΠΑΝΣΕΡΡΑΙΚΟΣ</w:t>
      </w:r>
    </w:p>
    <w:p>
      <w:pPr>
        <w:pStyle w:val="ListBullet"/>
      </w:pPr>
      <w:r>
        <w:t>🏀 ΜΓΣ ΓΕΦΥΡΑΣ - ΑΣ ΠΑΝΟΡΑΜΑ</w:t>
      </w:r>
    </w:p>
    <w:p>
      <w:pPr>
        <w:pStyle w:val="ListBullet"/>
      </w:pPr>
      <w:r>
        <w:t>🏀 ΑΣ ΙΩΝΙΚΟΣ ΙΩΝΙΑΣ - ΚΑΟ ΔΡΑΜΑΣ</w:t>
      </w:r>
    </w:p>
    <w:p>
      <w:pPr>
        <w:pStyle w:val="ListBullet"/>
      </w:pPr>
      <w:r>
        <w:t>🏀 ΓΣ ΕΛΕΥΘΕΡΟΥΠΟΛΗΣ - ΙΟΝΙΟΣ ΑΣ</w:t>
      </w:r>
    </w:p>
    <w:p>
      <w:pPr>
        <w:pStyle w:val="ListBullet"/>
      </w:pPr>
      <w:r>
        <w:t>🏀 ΚΑΟΧ ΕΥΡΩΠΗ 87 - ΧΑΝΘ</w:t>
      </w:r>
    </w:p>
    <w:p>
      <w:pPr>
        <w:pStyle w:val="Heading2"/>
      </w:pPr>
      <w:r>
        <w:t>7η Αγωνιστική</w:t>
      </w:r>
    </w:p>
    <w:p>
      <w:r>
        <w:rPr>
          <w:b/>
        </w:rPr>
        <w:t>14/11/2026</w:t>
      </w:r>
    </w:p>
    <w:p>
      <w:pPr>
        <w:pStyle w:val="ListBullet"/>
      </w:pPr>
      <w:r>
        <w:t>🏀 ΑΟ ΓΑΛΑΤΙΣΤΑΣ - ΑΣ ΑΝΑΓΕΝΝΗΣΗ ΚΑΡΔΙΤΣΑΣ</w:t>
      </w:r>
    </w:p>
    <w:p>
      <w:pPr>
        <w:pStyle w:val="ListBullet"/>
      </w:pPr>
      <w:r>
        <w:t>🏀 ΑΟ ΑΡΕΤΣΟΥ ΚΑΛΑΜΑΡΙΑΣ - ΣΦΚ ΠΙΕΡΙΚΟΣ ΑΡΧΕΛΑΟΣ</w:t>
      </w:r>
    </w:p>
    <w:p>
      <w:pPr>
        <w:pStyle w:val="ListBullet"/>
      </w:pPr>
      <w:r>
        <w:t>🏀 ΜΓΣ ΠΑΝΣΕΡΡΑΙΚΟΣ - ΜΓΣ ΓΕΦΥΡΑΣ</w:t>
      </w:r>
    </w:p>
    <w:p>
      <w:pPr>
        <w:pStyle w:val="ListBullet"/>
      </w:pPr>
      <w:r>
        <w:t>🏀 ΑΣ ΠΑΝΟΡΑΜΑ - ΑΣ ΙΩΝΙΚΟΣ ΙΩΝΙΑΣ</w:t>
      </w:r>
    </w:p>
    <w:p>
      <w:pPr>
        <w:pStyle w:val="ListBullet"/>
      </w:pPr>
      <w:r>
        <w:t>🏀 ΚΑΟ ΔΡΑΜΑΣ - ΚΑΟΧ ΕΥΡΩΠΗ 87</w:t>
      </w:r>
    </w:p>
    <w:p>
      <w:pPr>
        <w:pStyle w:val="ListBullet"/>
      </w:pPr>
      <w:r>
        <w:t>🏀 ΙΟΝΙΟΣ ΑΣ - ΑΟ ΛΕΥΚΙΠΠΟΣ ΞΑΝΘΗΣ</w:t>
      </w:r>
    </w:p>
    <w:p>
      <w:pPr>
        <w:pStyle w:val="ListBullet"/>
      </w:pPr>
      <w:r>
        <w:t>🏀 ΧΑΝΘ - ΓΣ ΕΛΕΥΘΕΡΟΥΠΟΛΗΣ</w:t>
      </w:r>
    </w:p>
    <w:p>
      <w:pPr>
        <w:pStyle w:val="Heading2"/>
      </w:pPr>
      <w:r>
        <w:t>8η Αγωνιστική</w:t>
      </w:r>
    </w:p>
    <w:p>
      <w:r>
        <w:rPr>
          <w:b/>
        </w:rPr>
        <w:t>21/11/2026</w:t>
      </w:r>
    </w:p>
    <w:p>
      <w:pPr>
        <w:pStyle w:val="ListBullet"/>
      </w:pPr>
      <w:r>
        <w:t>🏀 ΣΦΚ ΠΙΕΡΙΚΟΣ ΑΡΧΕΛΑΟΣ - ΑΟ ΓΑΛΑΤΙΣΤΑΣ</w:t>
      </w:r>
    </w:p>
    <w:p>
      <w:pPr>
        <w:pStyle w:val="ListBullet"/>
      </w:pPr>
      <w:r>
        <w:t>🏀 ΜΓΣ ΓΕΦΥΡΑΣ - ΑΟ ΑΡΕΤΣΟΥ ΚΑΛΑΜΑΡΙΑΣ</w:t>
      </w:r>
    </w:p>
    <w:p>
      <w:pPr>
        <w:pStyle w:val="ListBullet"/>
      </w:pPr>
      <w:r>
        <w:t>🏀 ΑΣ ΙΩΝΙΚΟΣ ΙΩΝΙΑΣ - ΜΓΣ ΠΑΝΣΕΡΡΑΙΚΟΣ</w:t>
      </w:r>
    </w:p>
    <w:p>
      <w:pPr>
        <w:pStyle w:val="ListBullet"/>
      </w:pPr>
      <w:r>
        <w:t>🏀 ΑΣ ΠΑΝΟΡΑΜΑ - ΚΑΟ ΔΡΑΜΑΣ</w:t>
      </w:r>
    </w:p>
    <w:p>
      <w:pPr>
        <w:pStyle w:val="ListBullet"/>
      </w:pPr>
      <w:r>
        <w:t>🏀 ΑΣ ΑΝΑΓΕΝΝΗΣΗ ΚΑΡΔΙΤΣΑΣ - ΙΟΝΙΟΣ ΑΣ</w:t>
      </w:r>
    </w:p>
    <w:p>
      <w:pPr>
        <w:pStyle w:val="ListBullet"/>
      </w:pPr>
      <w:r>
        <w:t>🏀 ΑΟ ΛΕΥΚΙΠΠΟΣ ΞΑΝΘΗΣ - ΧΑΝΘ</w:t>
      </w:r>
    </w:p>
    <w:p>
      <w:pPr>
        <w:pStyle w:val="ListBullet"/>
      </w:pPr>
      <w:r>
        <w:t>🏀 ΓΣ ΕΛΕΥΘΕΡΟΥΠΟΛΗΣ - ΚΑΟΧ ΕΥΡΩΠΗ 87</w:t>
      </w:r>
    </w:p>
    <w:p>
      <w:pPr>
        <w:pStyle w:val="Heading2"/>
      </w:pPr>
      <w:r>
        <w:t>9η Αγωνιστική</w:t>
      </w:r>
    </w:p>
    <w:p>
      <w:r>
        <w:rPr>
          <w:b/>
        </w:rPr>
        <w:t>28/11/2026</w:t>
      </w:r>
    </w:p>
    <w:p>
      <w:pPr>
        <w:pStyle w:val="ListBullet"/>
      </w:pPr>
      <w:r>
        <w:t>🏀 ΑΟ ΓΑΛΑΤΙΣΤΑΣ - ΜΓΣ ΓΕΦΥΡΑΣ</w:t>
      </w:r>
    </w:p>
    <w:p>
      <w:pPr>
        <w:pStyle w:val="ListBullet"/>
      </w:pPr>
      <w:r>
        <w:t>🏀 ΑΟ ΑΡΕΤΣΟΥ ΚΑΛΑΜΑΡΙΑΣ - ΑΣ ΙΩΝΙΚΟΣ ΙΩΝΙΑΣ</w:t>
      </w:r>
    </w:p>
    <w:p>
      <w:pPr>
        <w:pStyle w:val="ListBullet"/>
      </w:pPr>
      <w:r>
        <w:t>🏀 ΜΓΣ ΠΑΝΣΕΡΡΑΙΚΟΣ - ΑΣ ΠΑΝΟΡΑΜΑ</w:t>
      </w:r>
    </w:p>
    <w:p>
      <w:pPr>
        <w:pStyle w:val="ListBullet"/>
      </w:pPr>
      <w:r>
        <w:t>🏀 ΚΑΟ ΔΡΑΜΑΣ - ΓΣ ΕΛΕΥΘΕΡΟΥΠΟΛΗΣ</w:t>
      </w:r>
    </w:p>
    <w:p>
      <w:pPr>
        <w:pStyle w:val="ListBullet"/>
      </w:pPr>
      <w:r>
        <w:t>🏀 ΙΟΝΙΟΣ ΑΣ - ΣΦΚ ΠΙΕΡΙΚΟΣ ΑΡΧΕΛΑΟΣ</w:t>
      </w:r>
    </w:p>
    <w:p>
      <w:pPr>
        <w:pStyle w:val="ListBullet"/>
      </w:pPr>
      <w:r>
        <w:t>🏀 ΧΑΝΘ - ΑΣ ΑΝΑΓΕΝΝΗΣΗ ΚΑΡΔΙΤΣΑΣ</w:t>
      </w:r>
    </w:p>
    <w:p>
      <w:pPr>
        <w:pStyle w:val="ListBullet"/>
      </w:pPr>
      <w:r>
        <w:t>🏀 ΚΑΟΧ ΕΥΡΩΠΗ 87 - ΑΟ ΛΕΥΚΙΠΠΟΣ ΞΑΝΘΗΣ</w:t>
      </w:r>
    </w:p>
    <w:p>
      <w:pPr>
        <w:pStyle w:val="Heading2"/>
      </w:pPr>
      <w:r>
        <w:t>10η Αγωνιστική</w:t>
      </w:r>
    </w:p>
    <w:p>
      <w:r>
        <w:rPr>
          <w:b/>
        </w:rPr>
        <w:t>5/12/2026</w:t>
      </w:r>
    </w:p>
    <w:p>
      <w:pPr>
        <w:pStyle w:val="ListBullet"/>
      </w:pPr>
      <w:r>
        <w:t>🏀 ΑΣ ΙΩΝΙΚΟΣ ΙΩΝΙΑΣ - ΑΟ ΓΑΛΑΤΙΣΤΑΣ</w:t>
      </w:r>
    </w:p>
    <w:p>
      <w:pPr>
        <w:pStyle w:val="ListBullet"/>
      </w:pPr>
      <w:r>
        <w:t>🏀 ΑΣ ΠΑΝΟΡΑΜΑ - ΑΟ ΑΡΕΤΣΟΥ ΚΑΛΑΜΑΡΙΑΣ</w:t>
      </w:r>
    </w:p>
    <w:p>
      <w:pPr>
        <w:pStyle w:val="ListBullet"/>
      </w:pPr>
      <w:r>
        <w:t>🏀 ΜΓΣ ΠΑΝΣΕΡΡΑΙΚΟΣ - ΚΑΟ ΔΡΑΜΑΣ</w:t>
      </w:r>
    </w:p>
    <w:p>
      <w:pPr>
        <w:pStyle w:val="ListBullet"/>
      </w:pPr>
      <w:r>
        <w:t>🏀 ΜΓΣ ΓΕΦΥΡΑΣ - ΙΟΝΙΟΣ ΑΣ</w:t>
      </w:r>
    </w:p>
    <w:p>
      <w:pPr>
        <w:pStyle w:val="ListBullet"/>
      </w:pPr>
      <w:r>
        <w:t>🏀 ΣΦΚ ΠΙΕΡΙΚΟΣ ΑΡΧΕΛΑΟΣ - ΧΑΝΘ</w:t>
      </w:r>
    </w:p>
    <w:p>
      <w:pPr>
        <w:pStyle w:val="ListBullet"/>
      </w:pPr>
      <w:r>
        <w:t>🏀 ΑΣ ΑΝΑΓΕΝΝΗΣΗ ΚΑΡΔΙΤΣΑΣ - ΚΑΟΧ ΕΥΡΩΠΗ 87</w:t>
      </w:r>
    </w:p>
    <w:p>
      <w:pPr>
        <w:pStyle w:val="ListBullet"/>
      </w:pPr>
      <w:r>
        <w:t>🏀 ΑΟ ΛΕΥΚΙΠΠΟΣ ΞΑΝΘΗΣ - ΓΣ ΕΛΕΥΘΕΡΟΥΠΟΛΗΣ</w:t>
      </w:r>
    </w:p>
    <w:p>
      <w:pPr>
        <w:pStyle w:val="Heading2"/>
      </w:pPr>
      <w:r>
        <w:t>11η Αγωνιστική</w:t>
      </w:r>
    </w:p>
    <w:p>
      <w:r>
        <w:rPr>
          <w:b/>
        </w:rPr>
        <w:t>12/12/2026</w:t>
      </w:r>
    </w:p>
    <w:p>
      <w:pPr>
        <w:pStyle w:val="ListBullet"/>
      </w:pPr>
      <w:r>
        <w:t>🏀 ΑΟ ΓΑΛΑΤΙΣΤΑΣ - ΑΣ ΠΑΝΟΡΑΜΑ</w:t>
      </w:r>
    </w:p>
    <w:p>
      <w:pPr>
        <w:pStyle w:val="ListBullet"/>
      </w:pPr>
      <w:r>
        <w:t>🏀 ΑΟ ΑΡΕΤΣΟΥ ΚΑΛΑΜΑΡΙΑΣ - ΜΓΣ ΠΑΝΣΕΡΡΑΙΚΟΣ</w:t>
      </w:r>
    </w:p>
    <w:p>
      <w:pPr>
        <w:pStyle w:val="ListBullet"/>
      </w:pPr>
      <w:r>
        <w:t>🏀 ΚΑΟ ΔΡΑΜΑΣ - ΑΟ ΛΕΥΚΙΠΠΟΣ ΞΑΝΘΗΣ</w:t>
      </w:r>
    </w:p>
    <w:p>
      <w:pPr>
        <w:pStyle w:val="ListBullet"/>
      </w:pPr>
      <w:r>
        <w:t>🏀 ΙΟΝΙΟΣ ΑΣ - ΑΣ ΙΩΝΙΚΟΣ ΙΩΝΙΑΣ</w:t>
      </w:r>
    </w:p>
    <w:p>
      <w:pPr>
        <w:pStyle w:val="ListBullet"/>
      </w:pPr>
      <w:r>
        <w:t>🏀 ΧΑΝΘ - ΜΓΣ ΓΕΦΥΡΑΣ</w:t>
      </w:r>
    </w:p>
    <w:p>
      <w:pPr>
        <w:pStyle w:val="ListBullet"/>
      </w:pPr>
      <w:r>
        <w:t>🏀 ΚΑΟΧ ΕΥΡΩΠΗ 87 - ΣΦΚ ΠΙΕΡΙΚΟΣ ΑΡΧΕΛΑΟΣ</w:t>
      </w:r>
    </w:p>
    <w:p>
      <w:pPr>
        <w:pStyle w:val="ListBullet"/>
      </w:pPr>
      <w:r>
        <w:t>🏀 ΓΣ ΕΛΕΥΘΕΡΟΥΠΟΛΗΣ - ΑΣ ΑΝΑΓΕΝΝΗΣΗ ΚΑΡΔΙΤΣΑΣ</w:t>
      </w:r>
    </w:p>
    <w:p>
      <w:pPr>
        <w:pStyle w:val="Heading2"/>
      </w:pPr>
      <w:r>
        <w:t>12η Αγωνιστική</w:t>
      </w:r>
    </w:p>
    <w:p>
      <w:r>
        <w:rPr>
          <w:b/>
        </w:rPr>
        <w:t>19/12/2026</w:t>
      </w:r>
    </w:p>
    <w:p>
      <w:pPr>
        <w:pStyle w:val="ListBullet"/>
      </w:pPr>
      <w:r>
        <w:t>🏀 ΜΓΣ ΠΑΝΣΕΡΡΑΙΚΟΣ - ΑΟ ΓΑΛΑΤΙΣΤΑΣ</w:t>
      </w:r>
    </w:p>
    <w:p>
      <w:pPr>
        <w:pStyle w:val="ListBullet"/>
      </w:pPr>
      <w:r>
        <w:t>🏀 ΑΟ ΑΡΕΤΣΟΥ ΚΑΛΑΜΑΡΙΑΣ - ΚΑΟ ΔΡΑΜΑΣ</w:t>
      </w:r>
    </w:p>
    <w:p>
      <w:pPr>
        <w:pStyle w:val="ListBullet"/>
      </w:pPr>
      <w:r>
        <w:t>🏀 ΑΣ ΠΑΝΟΡΑΜΑ - ΙΟΝΙΟΣ ΑΣ</w:t>
      </w:r>
    </w:p>
    <w:p>
      <w:pPr>
        <w:pStyle w:val="ListBullet"/>
      </w:pPr>
      <w:r>
        <w:t>🏀 ΑΣ ΙΩΝΙΚΟΣ ΙΩΝΙΑΣ - ΧΑΝΘ</w:t>
      </w:r>
    </w:p>
    <w:p>
      <w:pPr>
        <w:pStyle w:val="ListBullet"/>
      </w:pPr>
      <w:r>
        <w:t>🏀 ΜΓΣ ΓΕΦΥΡΑΣ - ΚΑΟΧ ΕΥΡΩΠΗ 87</w:t>
      </w:r>
    </w:p>
    <w:p>
      <w:pPr>
        <w:pStyle w:val="ListBullet"/>
      </w:pPr>
      <w:r>
        <w:t>🏀 ΣΦΚ ΠΙΕΡΙΚΟΣ ΑΡΧΕΛΑΟΣ - ΓΣ ΕΛΕΥΘΕΡΟΥΠΟΛΗΣ</w:t>
      </w:r>
    </w:p>
    <w:p>
      <w:pPr>
        <w:pStyle w:val="ListBullet"/>
      </w:pPr>
      <w:r>
        <w:t>🏀 ΑΣ ΑΝΑΓΕΝΝΗΣΗ ΚΑΡΔΙΤΣΑΣ - ΑΟ ΛΕΥΚΙΠΠΟΣ ΞΑΝΘΗΣ</w:t>
      </w:r>
    </w:p>
    <w:p>
      <w:pPr>
        <w:pStyle w:val="Heading2"/>
      </w:pPr>
      <w:r>
        <w:t>13η Αγωνιστική</w:t>
      </w:r>
    </w:p>
    <w:p>
      <w:r>
        <w:rPr>
          <w:b/>
        </w:rPr>
        <w:t>9/1/2027</w:t>
      </w:r>
    </w:p>
    <w:p>
      <w:pPr>
        <w:pStyle w:val="ListBullet"/>
      </w:pPr>
      <w:r>
        <w:t>🏀 ΑΟ ΓΑΛΑΤΙΣΤΑΣ - ΑΟ ΑΡΕΤΣΟΥ ΚΑΛΑΜΑΡΙΑΣ</w:t>
      </w:r>
    </w:p>
    <w:p>
      <w:pPr>
        <w:pStyle w:val="ListBullet"/>
      </w:pPr>
      <w:r>
        <w:t>🏀 ΚΑΟ ΔΡΑΜΑΣ - ΑΣ ΑΝΑΓΕΝΝΗΣΗ ΚΑΡΔΙΤΣΑΣ</w:t>
      </w:r>
    </w:p>
    <w:p>
      <w:pPr>
        <w:pStyle w:val="ListBullet"/>
      </w:pPr>
      <w:r>
        <w:t>🏀 ΙΟΝΙΟΣ ΑΣ - ΜΓΣ ΠΑΝΣΕΡΡΑΙΚΟΣ</w:t>
      </w:r>
    </w:p>
    <w:p>
      <w:pPr>
        <w:pStyle w:val="ListBullet"/>
      </w:pPr>
      <w:r>
        <w:t>🏀 ΧΑΝΘ - ΑΣ ΠΑΝΟΡΑΜΑ</w:t>
      </w:r>
    </w:p>
    <w:p>
      <w:pPr>
        <w:pStyle w:val="ListBullet"/>
      </w:pPr>
      <w:r>
        <w:t>🏀 ΚΑΟΧ ΕΥΡΩΠΗ 87 - ΑΣ ΙΩΝΙΚΟΣ ΙΩΝΙΑΣ</w:t>
      </w:r>
    </w:p>
    <w:p>
      <w:pPr>
        <w:pStyle w:val="ListBullet"/>
      </w:pPr>
      <w:r>
        <w:t>🏀 ΓΣ ΕΛΕΥΘΕΡΟΥΠΟΛΗΣ - ΜΓΣ ΓΕΦΥΡΑΣ</w:t>
      </w:r>
    </w:p>
    <w:p>
      <w:pPr>
        <w:pStyle w:val="ListBullet"/>
      </w:pPr>
      <w:r>
        <w:t>🏀 ΑΟ ΛΕΥΚΙΠΠΟΣ ΞΑΝΘΗΣ - ΣΦΚ ΠΙΕΡΙΚΟΣ ΑΡΧΕΛΑΟΣ</w:t>
      </w:r>
    </w:p>
    <w:p>
      <w:pPr>
        <w:pStyle w:val="Heading2"/>
      </w:pPr>
      <w:r>
        <w:t>14η Αγωνιστική</w:t>
      </w:r>
    </w:p>
    <w:p>
      <w:r>
        <w:rPr>
          <w:b/>
        </w:rPr>
        <w:t>16/1/2027</w:t>
      </w:r>
    </w:p>
    <w:p>
      <w:pPr>
        <w:pStyle w:val="ListBullet"/>
      </w:pPr>
      <w:r>
        <w:t>🏀 ΚΑΟ ΔΡΑΜΑΣ - ΑΟ ΓΑΛΑΤΙΣΤΑΣ</w:t>
      </w:r>
    </w:p>
    <w:p>
      <w:pPr>
        <w:pStyle w:val="ListBullet"/>
      </w:pPr>
      <w:r>
        <w:t>🏀 ΙΟΝΙΟΣ ΑΣ - ΑΟ ΑΡΕΤΣΟΥ ΚΑΛΑΜΑΡΙΑΣ</w:t>
      </w:r>
    </w:p>
    <w:p>
      <w:pPr>
        <w:pStyle w:val="ListBullet"/>
      </w:pPr>
      <w:r>
        <w:t>🏀 ΧΑΝΘ - ΜΓΣ ΠΑΝΣΕΡΡΑΙΚΟΣ</w:t>
      </w:r>
    </w:p>
    <w:p>
      <w:pPr>
        <w:pStyle w:val="ListBullet"/>
      </w:pPr>
      <w:r>
        <w:t>🏀 ΚΑΟΧ ΕΥΡΩΠΗ 87 - ΑΣ ΠΑΝΟΡΑΜΑ</w:t>
      </w:r>
    </w:p>
    <w:p>
      <w:pPr>
        <w:pStyle w:val="ListBullet"/>
      </w:pPr>
      <w:r>
        <w:t>🏀 ΓΣ ΕΛΕΥΘΕΡΟΥΠΟΛΗΣ - ΑΣ ΙΩΝΙΚΟΣ ΙΩΝΙΑΣ</w:t>
      </w:r>
    </w:p>
    <w:p>
      <w:pPr>
        <w:pStyle w:val="ListBullet"/>
      </w:pPr>
      <w:r>
        <w:t>🏀 ΑΟ ΛΕΥΚΙΠΠΟΣ ΞΑΝΘΗΣ - ΜΓΣ ΓΕΦΥΡΑΣ</w:t>
      </w:r>
    </w:p>
    <w:p>
      <w:pPr>
        <w:pStyle w:val="ListBullet"/>
      </w:pPr>
      <w:r>
        <w:t>🏀 ΑΣ ΑΝΑΓΕΝΝΗΣΗ ΚΑΡΔΙΤΣΑΣ - ΣΦΚ ΠΙΕΡΙΚΟΣ ΑΡΧΕΛΑΟΣ</w:t>
      </w:r>
    </w:p>
    <w:p>
      <w:pPr>
        <w:pStyle w:val="Heading2"/>
      </w:pPr>
      <w:r>
        <w:t>15η Αγωνιστική</w:t>
      </w:r>
    </w:p>
    <w:p>
      <w:r>
        <w:rPr>
          <w:b/>
        </w:rPr>
        <w:t>23/1/2027</w:t>
      </w:r>
    </w:p>
    <w:p>
      <w:pPr>
        <w:pStyle w:val="ListBullet"/>
      </w:pPr>
      <w:r>
        <w:t>🏀 ΑΟ ΓΑΛΑΤΙΣΤΑΣ - ΙΟΝΙΟΣ ΑΣ</w:t>
      </w:r>
    </w:p>
    <w:p>
      <w:pPr>
        <w:pStyle w:val="ListBullet"/>
      </w:pPr>
      <w:r>
        <w:t>🏀 ΑΟ ΑΡΕΤΣΟΥ ΚΑΛΑΜΑΡΙΑΣ - ΧΑΝΘ</w:t>
      </w:r>
    </w:p>
    <w:p>
      <w:pPr>
        <w:pStyle w:val="ListBullet"/>
      </w:pPr>
      <w:r>
        <w:t>🏀 ΜΓΣ ΠΑΝΣΕΡΡΑΙΚΟΣ - ΚΑΟΧ ΕΥΡΩΠΗ 87</w:t>
      </w:r>
    </w:p>
    <w:p>
      <w:pPr>
        <w:pStyle w:val="ListBullet"/>
      </w:pPr>
      <w:r>
        <w:t>🏀 ΑΣ ΠΑΝΟΡΑΜΑ - ΓΣ ΕΛΕΥΘΕΡΟΥΠΟΛΗΣ</w:t>
      </w:r>
    </w:p>
    <w:p>
      <w:pPr>
        <w:pStyle w:val="ListBullet"/>
      </w:pPr>
      <w:r>
        <w:t>🏀 ΑΣ ΙΩΝΙΚΟΣ ΙΩΝΙΑΣ - ΑΟ ΛΕΥΚΙΠΠΟΣ ΞΑΝΘΗΣ</w:t>
      </w:r>
    </w:p>
    <w:p>
      <w:pPr>
        <w:pStyle w:val="ListBullet"/>
      </w:pPr>
      <w:r>
        <w:t>🏀 ΜΓΣ ΓΕΦΥΡΑΣ - ΑΣ ΑΝΑΓΕΝΝΗΣΗ ΚΑΡΔΙΤΣΑΣ</w:t>
      </w:r>
    </w:p>
    <w:p>
      <w:pPr>
        <w:pStyle w:val="ListBullet"/>
      </w:pPr>
      <w:r>
        <w:t>🏀 ΣΦΚ ΠΙΕΡΙΚΟΣ ΑΡΧΕΛΑΟΣ - ΚΑΟ ΔΡΑΜΑΣ</w:t>
      </w:r>
    </w:p>
    <w:p>
      <w:pPr>
        <w:pStyle w:val="Heading2"/>
      </w:pPr>
      <w:r>
        <w:t>16η Αγωνιστική</w:t>
      </w:r>
    </w:p>
    <w:p>
      <w:r>
        <w:rPr>
          <w:b/>
        </w:rPr>
        <w:t>30/1/2027</w:t>
      </w:r>
    </w:p>
    <w:p>
      <w:pPr>
        <w:pStyle w:val="ListBullet"/>
      </w:pPr>
      <w:r>
        <w:t>🏀 ΧΑΝΘ - ΑΟ ΓΑΛΑΤΙΣΤΑΣ</w:t>
      </w:r>
    </w:p>
    <w:p>
      <w:pPr>
        <w:pStyle w:val="ListBullet"/>
      </w:pPr>
      <w:r>
        <w:t>🏀 ΚΑΟΧ ΕΥΡΩΠΗ 87 - ΑΟ ΑΡΕΤΣΟΥ ΚΑΛΑΜΑΡΙΑΣ</w:t>
      </w:r>
    </w:p>
    <w:p>
      <w:pPr>
        <w:pStyle w:val="ListBullet"/>
      </w:pPr>
      <w:r>
        <w:t>🏀 ΓΣ ΕΛΕΥΘΕΡΟΥΠΟΛΗΣ - ΜΓΣ ΠΑΝΣΕΡΡΑΙΚΟΣ</w:t>
      </w:r>
    </w:p>
    <w:p>
      <w:pPr>
        <w:pStyle w:val="ListBullet"/>
      </w:pPr>
      <w:r>
        <w:t>🏀 ΑΟ ΛΕΥΚΙΠΠΟΣ ΞΑΝΘΗΣ - ΑΣ ΠΑΝΟΡΑΜΑ</w:t>
      </w:r>
    </w:p>
    <w:p>
      <w:pPr>
        <w:pStyle w:val="ListBullet"/>
      </w:pPr>
      <w:r>
        <w:t>🏀 ΑΣ ΑΝΑΓΕΝΝΗΣΗ ΚΑΡΔΙΤΣΑΣ - ΑΣ ΙΩΝΙΚΟΣ ΙΩΝΙΑΣ</w:t>
      </w:r>
    </w:p>
    <w:p>
      <w:pPr>
        <w:pStyle w:val="ListBullet"/>
      </w:pPr>
      <w:r>
        <w:t>🏀 ΣΦΚ ΠΙΕΡΙΚΟΣ ΑΡΧΕΛΑΟΣ - ΜΓΣ ΓΕΦΥΡΑΣ</w:t>
      </w:r>
    </w:p>
    <w:p>
      <w:pPr>
        <w:pStyle w:val="ListBullet"/>
      </w:pPr>
      <w:r>
        <w:t>🏀 ΙΟΝΙΟΣ ΑΣ - ΚΑΟ ΔΡΑΜΑΣ</w:t>
      </w:r>
    </w:p>
    <w:p>
      <w:pPr>
        <w:pStyle w:val="Heading2"/>
      </w:pPr>
      <w:r>
        <w:t>17η Αγωνιστική</w:t>
      </w:r>
    </w:p>
    <w:p>
      <w:r>
        <w:rPr>
          <w:b/>
        </w:rPr>
        <w:t>6/2/2027</w:t>
      </w:r>
    </w:p>
    <w:p>
      <w:pPr>
        <w:pStyle w:val="ListBullet"/>
      </w:pPr>
      <w:r>
        <w:t>🏀 ΑΟ ΓΑΛΑΤΙΣΤΑΣ - ΚΑΟΧ ΕΥΡΩΠΗ 87</w:t>
      </w:r>
    </w:p>
    <w:p>
      <w:pPr>
        <w:pStyle w:val="ListBullet"/>
      </w:pPr>
      <w:r>
        <w:t>🏀 ΑΟ ΑΡΕΤΣΟΥ ΚΑΛΑΜΑΡΙΑΣ - ΓΣ ΕΛΕΥΘΕΡΟΥΠΟΛΗΣ</w:t>
      </w:r>
    </w:p>
    <w:p>
      <w:pPr>
        <w:pStyle w:val="ListBullet"/>
      </w:pPr>
      <w:r>
        <w:t>🏀 ΜΓΣ ΠΑΝΣΕΡΡΑΙΚΟΣ - ΑΟ ΛΕΥΚΙΠΠΟΣ ΞΑΝΘΗΣ</w:t>
      </w:r>
    </w:p>
    <w:p>
      <w:pPr>
        <w:pStyle w:val="ListBullet"/>
      </w:pPr>
      <w:r>
        <w:t>🏀 ΑΣ ΠΑΝΟΡΑΜΑ - ΑΣ ΑΝΑΓΕΝΝΗΣΗ ΚΑΡΔΙΤΣΑΣ</w:t>
      </w:r>
    </w:p>
    <w:p>
      <w:pPr>
        <w:pStyle w:val="ListBullet"/>
      </w:pPr>
      <w:r>
        <w:t>🏀 ΑΣ ΙΩΝΙΚΟΣ ΙΩΝΙΑΣ - ΣΦΚ ΠΙΕΡΙΚΟΣ ΑΡΧΕΛΑΟΣ</w:t>
      </w:r>
    </w:p>
    <w:p>
      <w:pPr>
        <w:pStyle w:val="ListBullet"/>
      </w:pPr>
      <w:r>
        <w:t>🏀 ΚΑΟ ΔΡΑΜΑΣ - ΜΓΣ ΓΕΦΥΡΑΣ</w:t>
      </w:r>
    </w:p>
    <w:p>
      <w:pPr>
        <w:pStyle w:val="ListBullet"/>
      </w:pPr>
      <w:r>
        <w:t>🏀 ΙΟΝΙΟΣ ΑΣ - ΧΑΝΘ</w:t>
      </w:r>
    </w:p>
    <w:p>
      <w:pPr>
        <w:pStyle w:val="Heading2"/>
      </w:pPr>
      <w:r>
        <w:t>18η Αγωνιστική</w:t>
      </w:r>
    </w:p>
    <w:p>
      <w:r>
        <w:rPr>
          <w:b/>
        </w:rPr>
        <w:t>13/2/2027</w:t>
      </w:r>
    </w:p>
    <w:p>
      <w:pPr>
        <w:pStyle w:val="ListBullet"/>
      </w:pPr>
      <w:r>
        <w:t>🏀 ΓΣ ΕΛΕΥΘΕΡΟΥΠΟΛΗΣ - ΑΟ ΓΑΛΑΤΙΣΤΑΣ</w:t>
      </w:r>
    </w:p>
    <w:p>
      <w:pPr>
        <w:pStyle w:val="ListBullet"/>
      </w:pPr>
      <w:r>
        <w:t>🏀 ΑΟ ΛΕΥΚΙΠΠΟΣ ΞΑΝΘΗΣ - ΑΟ ΑΡΕΤΣΟΥ ΚΑΛΑΜΑΡΙΑΣ</w:t>
      </w:r>
    </w:p>
    <w:p>
      <w:pPr>
        <w:pStyle w:val="ListBullet"/>
      </w:pPr>
      <w:r>
        <w:t>🏀 ΑΣ ΑΝΑΓΕΝΝΗΣΗ ΚΑΡΔΙΤΣΑΣ - ΜΓΣ ΠΑΝΣΕΡΡΑΙΚΟΣ</w:t>
      </w:r>
    </w:p>
    <w:p>
      <w:pPr>
        <w:pStyle w:val="ListBullet"/>
      </w:pPr>
      <w:r>
        <w:t>🏀 ΣΦΚ ΠΙΕΡΙΚΟΣ ΑΡΧΕΛΑΟΣ - ΑΣ ΠΑΝΟΡΑΜΑ</w:t>
      </w:r>
    </w:p>
    <w:p>
      <w:pPr>
        <w:pStyle w:val="ListBullet"/>
      </w:pPr>
      <w:r>
        <w:t>🏀 ΜΓΣ ΓΕΦΥΡΑΣ - ΑΣ ΙΩΝΙΚΟΣ ΙΩΝΙΑΣ</w:t>
      </w:r>
    </w:p>
    <w:p>
      <w:pPr>
        <w:pStyle w:val="ListBullet"/>
      </w:pPr>
      <w:r>
        <w:t>🏀 ΧΑΝΘ - ΚΑΟ ΔΡΑΜΑΣ</w:t>
      </w:r>
    </w:p>
    <w:p>
      <w:pPr>
        <w:pStyle w:val="ListBullet"/>
      </w:pPr>
      <w:r>
        <w:t>🏀 ΚΑΟΧ ΕΥΡΩΠΗ 87 - ΙΟΝΙΟΣ ΑΣ</w:t>
      </w:r>
    </w:p>
    <w:p>
      <w:pPr>
        <w:pStyle w:val="Heading2"/>
      </w:pPr>
      <w:r>
        <w:t>19η Αγωνιστική</w:t>
      </w:r>
    </w:p>
    <w:p>
      <w:r>
        <w:rPr>
          <w:b/>
        </w:rPr>
        <w:t>20/2/2027</w:t>
      </w:r>
    </w:p>
    <w:p>
      <w:pPr>
        <w:pStyle w:val="ListBullet"/>
      </w:pPr>
      <w:r>
        <w:t>🏀 ΑΟ ΓΑΛΑΤΙΣΤΑΣ - ΑΟ ΛΕΥΚΙΠΠΟΣ ΞΑΝΘΗΣ</w:t>
      </w:r>
    </w:p>
    <w:p>
      <w:pPr>
        <w:pStyle w:val="ListBullet"/>
      </w:pPr>
      <w:r>
        <w:t>🏀 ΑΟ ΑΡΕΤΣΟΥ ΚΑΛΑΜΑΡΙΑΣ - ΑΣ ΑΝΑΓΕΝΝΗΣΗ ΚΑΡΔΙΤΣΑΣ</w:t>
      </w:r>
    </w:p>
    <w:p>
      <w:pPr>
        <w:pStyle w:val="ListBullet"/>
      </w:pPr>
      <w:r>
        <w:t>🏀 ΜΓΣ ΠΑΝΣΕΡΡΑΙΚΟΣ - ΣΦΚ ΠΙΕΡΙΚΟΣ ΑΡΧΕΛΑΟΣ</w:t>
      </w:r>
    </w:p>
    <w:p>
      <w:pPr>
        <w:pStyle w:val="ListBullet"/>
      </w:pPr>
      <w:r>
        <w:t>🏀 ΑΣ ΠΑΝΟΡΑΜΑ - ΜΓΣ ΓΕΦΥΡΑΣ</w:t>
      </w:r>
    </w:p>
    <w:p>
      <w:pPr>
        <w:pStyle w:val="ListBullet"/>
      </w:pPr>
      <w:r>
        <w:t>🏀 ΚΑΟ ΔΡΑΜΑΣ - ΑΣ ΙΩΝΙΚΟΣ ΙΩΝΙΑΣ</w:t>
      </w:r>
    </w:p>
    <w:p>
      <w:pPr>
        <w:pStyle w:val="ListBullet"/>
      </w:pPr>
      <w:r>
        <w:t>🏀 ΙΟΝΙΟΣ ΑΣ - ΓΣ ΕΛΕΥΘΕΡΟΥΠΟΛΗΣ</w:t>
      </w:r>
    </w:p>
    <w:p>
      <w:pPr>
        <w:pStyle w:val="ListBullet"/>
      </w:pPr>
      <w:r>
        <w:t>🏀 ΧΑΝΘ - ΚΑΟΧ ΕΥΡΩΠΗ 87</w:t>
      </w:r>
    </w:p>
    <w:p>
      <w:pPr>
        <w:pStyle w:val="Heading2"/>
      </w:pPr>
      <w:r>
        <w:t>20η Αγωνιστική</w:t>
      </w:r>
    </w:p>
    <w:p>
      <w:r>
        <w:rPr>
          <w:b/>
        </w:rPr>
        <w:t>27/2/2027</w:t>
      </w:r>
    </w:p>
    <w:p>
      <w:pPr>
        <w:pStyle w:val="ListBullet"/>
      </w:pPr>
      <w:r>
        <w:t>🏀 ΑΣ ΑΝΑΓΕΝΝΗΣΗ ΚΑΡΔΙΤΣΑΣ - ΑΟ ΓΑΛΑΤΙΣΤΑΣ</w:t>
      </w:r>
    </w:p>
    <w:p>
      <w:pPr>
        <w:pStyle w:val="ListBullet"/>
      </w:pPr>
      <w:r>
        <w:t>🏀 ΣΦΚ ΠΙΕΡΙΚΟΣ ΑΡΧΕΛΑΟΣ - ΑΟ ΑΡΕΤΣΟΥ ΚΑΛΑΜΑΡΙΑΣ</w:t>
      </w:r>
    </w:p>
    <w:p>
      <w:pPr>
        <w:pStyle w:val="ListBullet"/>
      </w:pPr>
      <w:r>
        <w:t>🏀 ΜΓΣ ΓΕΦΥΡΑΣ - ΜΓΣ ΠΑΝΣΕΡΡΑΙΚΟΣ</w:t>
      </w:r>
    </w:p>
    <w:p>
      <w:pPr>
        <w:pStyle w:val="ListBullet"/>
      </w:pPr>
      <w:r>
        <w:t>🏀 ΑΣ ΙΩΝΙΚΟΣ ΙΩΝΙΑΣ - ΑΣ ΠΑΝΟΡΑΜΑ</w:t>
      </w:r>
    </w:p>
    <w:p>
      <w:pPr>
        <w:pStyle w:val="ListBullet"/>
      </w:pPr>
      <w:r>
        <w:t>🏀 ΚΑΟΧ ΕΥΡΩΠΗ 87 - ΚΑΟ ΔΡΑΜΑΣ</w:t>
      </w:r>
    </w:p>
    <w:p>
      <w:pPr>
        <w:pStyle w:val="ListBullet"/>
      </w:pPr>
      <w:r>
        <w:t>🏀 ΑΟ ΛΕΥΚΙΠΠΟΣ ΞΑΝΘΗΣ - ΙΟΝΙΟΣ ΑΣ</w:t>
      </w:r>
    </w:p>
    <w:p>
      <w:pPr>
        <w:pStyle w:val="ListBullet"/>
      </w:pPr>
      <w:r>
        <w:t>🏀 ΓΣ ΕΛΕΥΘΕΡΟΥΠΟΛΗΣ - ΧΑΝΘ</w:t>
      </w:r>
    </w:p>
    <w:p>
      <w:pPr>
        <w:pStyle w:val="Heading2"/>
      </w:pPr>
      <w:r>
        <w:t>21η Αγωνιστική</w:t>
      </w:r>
    </w:p>
    <w:p>
      <w:r>
        <w:rPr>
          <w:b/>
        </w:rPr>
        <w:t>6/3/2027</w:t>
      </w:r>
    </w:p>
    <w:p>
      <w:pPr>
        <w:pStyle w:val="ListBullet"/>
      </w:pPr>
      <w:r>
        <w:t>🏀 ΑΟ ΓΑΛΑΤΙΣΤΑΣ - ΣΦΚ ΠΙΕΡΙΚΟΣ ΑΡΧΕΛΑΟΣ</w:t>
      </w:r>
    </w:p>
    <w:p>
      <w:pPr>
        <w:pStyle w:val="ListBullet"/>
      </w:pPr>
      <w:r>
        <w:t>🏀 ΑΟ ΑΡΕΤΣΟΥ ΚΑΛΑΜΑΡΙΑΣ - ΜΓΣ ΓΕΦΥΡΑΣ</w:t>
      </w:r>
    </w:p>
    <w:p>
      <w:pPr>
        <w:pStyle w:val="ListBullet"/>
      </w:pPr>
      <w:r>
        <w:t>🏀 ΜΓΣ ΠΑΝΣΕΡΡΑΙΚΟΣ - ΑΣ ΙΩΝΙΚΟΣ ΙΩΝΙΑΣ</w:t>
      </w:r>
    </w:p>
    <w:p>
      <w:pPr>
        <w:pStyle w:val="ListBullet"/>
      </w:pPr>
      <w:r>
        <w:t>🏀 ΚΑΟ ΔΡΑΜΑΣ - ΑΣ ΠΑΝΟΡΑΜΑ</w:t>
      </w:r>
    </w:p>
    <w:p>
      <w:pPr>
        <w:pStyle w:val="ListBullet"/>
      </w:pPr>
      <w:r>
        <w:t>🏀 ΙΟΝΙΟΣ ΑΣ - ΑΣ ΑΝΑΓΕΝΝΗΣΗ ΚΑΡΔΙΤΣΑΣ</w:t>
      </w:r>
    </w:p>
    <w:p>
      <w:pPr>
        <w:pStyle w:val="ListBullet"/>
      </w:pPr>
      <w:r>
        <w:t>🏀 ΧΑΝΘ - ΑΟ ΛΕΥΚΙΠΠΟΣ ΞΑΝΘΗΣ</w:t>
      </w:r>
    </w:p>
    <w:p>
      <w:pPr>
        <w:pStyle w:val="ListBullet"/>
      </w:pPr>
      <w:r>
        <w:t>🏀 ΚΑΟΧ ΕΥΡΩΠΗ 87 - ΓΣ ΕΛΕΥΘΕΡΟΥΠΟΛΗΣ</w:t>
      </w:r>
    </w:p>
    <w:p>
      <w:pPr>
        <w:pStyle w:val="Heading2"/>
      </w:pPr>
      <w:r>
        <w:t>22η Αγωνιστική</w:t>
      </w:r>
    </w:p>
    <w:p>
      <w:r>
        <w:rPr>
          <w:b/>
        </w:rPr>
        <w:t>13/3/2027</w:t>
      </w:r>
    </w:p>
    <w:p>
      <w:pPr>
        <w:pStyle w:val="ListBullet"/>
      </w:pPr>
      <w:r>
        <w:t>🏀 ΜΓΣ ΓΕΦΥΡΑΣ - ΑΟ ΓΑΛΑΤΙΣΤΑΣ</w:t>
      </w:r>
    </w:p>
    <w:p>
      <w:pPr>
        <w:pStyle w:val="ListBullet"/>
      </w:pPr>
      <w:r>
        <w:t>🏀 ΑΣ ΙΩΝΙΚΟΣ ΙΩΝΙΑΣ - ΑΟ ΑΡΕΤΣΟΥ ΚΑΛΑΜΑΡΙΑΣ</w:t>
      </w:r>
    </w:p>
    <w:p>
      <w:pPr>
        <w:pStyle w:val="ListBullet"/>
      </w:pPr>
      <w:r>
        <w:t>🏀 ΑΣ ΠΑΝΟΡΑΜΑ - ΜΓΣ ΠΑΝΣΕΡΡΑΙΚΟΣ</w:t>
      </w:r>
    </w:p>
    <w:p>
      <w:pPr>
        <w:pStyle w:val="ListBullet"/>
      </w:pPr>
      <w:r>
        <w:t>🏀 ΓΣ ΕΛΕΥΘΕΡΟΥΠΟΛΗΣ - ΚΑΟ ΔΡΑΜΑΣ</w:t>
      </w:r>
    </w:p>
    <w:p>
      <w:pPr>
        <w:pStyle w:val="ListBullet"/>
      </w:pPr>
      <w:r>
        <w:t>🏀 ΣΦΚ ΠΙΕΡΙΚΟΣ ΑΡΧΕΛΑΟΣ - ΙΟΝΙΟΣ ΑΣ</w:t>
      </w:r>
    </w:p>
    <w:p>
      <w:pPr>
        <w:pStyle w:val="ListBullet"/>
      </w:pPr>
      <w:r>
        <w:t>🏀 ΑΣ ΑΝΑΓΕΝΝΗΣΗ ΚΑΡΔΙΤΣΑΣ - ΧΑΝΘ</w:t>
      </w:r>
    </w:p>
    <w:p>
      <w:pPr>
        <w:pStyle w:val="ListBullet"/>
      </w:pPr>
      <w:r>
        <w:t>🏀 ΑΟ ΛΕΥΚΙΠΠΟΣ ΞΑΝΘΗΣ - ΚΑΟΧ ΕΥΡΩΠΗ 87</w:t>
      </w:r>
    </w:p>
    <w:p>
      <w:pPr>
        <w:pStyle w:val="Heading2"/>
      </w:pPr>
      <w:r>
        <w:t>23η Αγωνιστική</w:t>
      </w:r>
    </w:p>
    <w:p>
      <w:r>
        <w:rPr>
          <w:b/>
        </w:rPr>
        <w:t>20/3/2027</w:t>
      </w:r>
    </w:p>
    <w:p>
      <w:pPr>
        <w:pStyle w:val="ListBullet"/>
      </w:pPr>
      <w:r>
        <w:t>🏀 ΑΟ ΓΑΛΑΤΙΣΤΑΣ - ΑΣ ΙΩΝΙΚΟΣ ΙΩΝΙΑΣ</w:t>
      </w:r>
    </w:p>
    <w:p>
      <w:pPr>
        <w:pStyle w:val="ListBullet"/>
      </w:pPr>
      <w:r>
        <w:t>🏀 ΑΟ ΑΡΕΤΣΟΥ ΚΑΛΑΜΑΡΙΑΣ - ΑΣ ΠΑΝΟΡΑΜΑ</w:t>
      </w:r>
    </w:p>
    <w:p>
      <w:pPr>
        <w:pStyle w:val="ListBullet"/>
      </w:pPr>
      <w:r>
        <w:t>🏀 ΚΑΟ ΔΡΑΜΑΣ - ΜΓΣ ΠΑΝΣΕΡΡΑΙΚΟΣ</w:t>
      </w:r>
    </w:p>
    <w:p>
      <w:pPr>
        <w:pStyle w:val="ListBullet"/>
      </w:pPr>
      <w:r>
        <w:t>🏀 ΙΟΝΙΟΣ ΑΣ - ΜΓΣ ΓΕΦΥΡΑΣ</w:t>
      </w:r>
    </w:p>
    <w:p>
      <w:pPr>
        <w:pStyle w:val="ListBullet"/>
      </w:pPr>
      <w:r>
        <w:t>🏀 ΧΑΝΘ - ΣΦΚ ΠΙΕΡΙΚΟΣ ΑΡΧΕΛΑΟΣ</w:t>
      </w:r>
    </w:p>
    <w:p>
      <w:pPr>
        <w:pStyle w:val="ListBullet"/>
      </w:pPr>
      <w:r>
        <w:t>🏀 ΚΑΟΧ ΕΥΡΩΠΗ 87 - ΑΣ ΑΝΑΓΕΝΝΗΣΗ ΚΑΡΔΙΤΣΑΣ</w:t>
      </w:r>
    </w:p>
    <w:p>
      <w:pPr>
        <w:pStyle w:val="ListBullet"/>
      </w:pPr>
      <w:r>
        <w:t>🏀 ΓΣ ΕΛΕΥΘΕΡΟΥΠΟΛΗΣ - ΑΟ ΛΕΥΚΙΠΠΟΣ ΞΑΝΘΗΣ</w:t>
      </w:r>
    </w:p>
    <w:p>
      <w:pPr>
        <w:pStyle w:val="Heading2"/>
      </w:pPr>
      <w:r>
        <w:t>24η Αγωνιστική</w:t>
      </w:r>
    </w:p>
    <w:p>
      <w:r>
        <w:rPr>
          <w:b/>
        </w:rPr>
        <w:t>27/3/2027</w:t>
      </w:r>
    </w:p>
    <w:p>
      <w:pPr>
        <w:pStyle w:val="ListBullet"/>
      </w:pPr>
      <w:r>
        <w:t>🏀 ΑΣ ΠΑΝΟΡΑΜΑ - ΑΟ ΓΑΛΑΤΙΣΤΑΣ</w:t>
      </w:r>
    </w:p>
    <w:p>
      <w:pPr>
        <w:pStyle w:val="ListBullet"/>
      </w:pPr>
      <w:r>
        <w:t>🏀 ΜΓΣ ΠΑΝΣΕΡΡΑΙΚΟΣ - ΑΟ ΑΡΕΤΣΟΥ ΚΑΛΑΜΑΡΙΑΣ</w:t>
      </w:r>
    </w:p>
    <w:p>
      <w:pPr>
        <w:pStyle w:val="ListBullet"/>
      </w:pPr>
      <w:r>
        <w:t>🏀 ΑΟ ΛΕΥΚΙΠΠΟΣ ΞΑΝΘΗΣ - ΚΑΟ ΔΡΑΜΑΣ</w:t>
      </w:r>
    </w:p>
    <w:p>
      <w:pPr>
        <w:pStyle w:val="ListBullet"/>
      </w:pPr>
      <w:r>
        <w:t>🏀 ΑΣ ΙΩΝΙΚΟΣ ΙΩΝΙΑΣ - ΙΟΝΙΟΣ ΑΣ</w:t>
      </w:r>
    </w:p>
    <w:p>
      <w:pPr>
        <w:pStyle w:val="ListBullet"/>
      </w:pPr>
      <w:r>
        <w:t>🏀 ΜΓΣ ΓΕΦΥΡΑΣ - ΧΑΝΘ</w:t>
      </w:r>
    </w:p>
    <w:p>
      <w:pPr>
        <w:pStyle w:val="ListBullet"/>
      </w:pPr>
      <w:r>
        <w:t>🏀 ΣΦΚ ΠΙΕΡΙΚΟΣ ΑΡΧΕΛΑΟΣ - ΚΑΟΧ ΕΥΡΩΠΗ 87</w:t>
      </w:r>
    </w:p>
    <w:p>
      <w:pPr>
        <w:pStyle w:val="ListBullet"/>
      </w:pPr>
      <w:r>
        <w:t>🏀 ΑΣ ΑΝΑΓΕΝΝΗΣΗ ΚΑΡΔΙΤΣΑΣ - ΓΣ ΕΛΕΥΘΕΡΟΥΠΟΛΗΣ</w:t>
      </w:r>
    </w:p>
    <w:p>
      <w:pPr>
        <w:pStyle w:val="Heading2"/>
      </w:pPr>
      <w:r>
        <w:t>25η Αγωνιστική</w:t>
      </w:r>
    </w:p>
    <w:p>
      <w:r>
        <w:rPr>
          <w:b/>
        </w:rPr>
        <w:t>3/4/2027</w:t>
      </w:r>
    </w:p>
    <w:p>
      <w:pPr>
        <w:pStyle w:val="ListBullet"/>
      </w:pPr>
      <w:r>
        <w:t>🏀 ΑΟ ΓΑΛΑΤΙΣΤΑΣ - ΜΓΣ ΠΑΝΣΕΡΡΑΙΚΟΣ</w:t>
      </w:r>
    </w:p>
    <w:p>
      <w:pPr>
        <w:pStyle w:val="ListBullet"/>
      </w:pPr>
      <w:r>
        <w:t>🏀 ΚΑΟ ΔΡΑΜΑΣ - ΑΟ ΑΡΕΤΣΟΥ ΚΑΛΑΜΑΡΙΑΣ</w:t>
      </w:r>
    </w:p>
    <w:p>
      <w:pPr>
        <w:pStyle w:val="ListBullet"/>
      </w:pPr>
      <w:r>
        <w:t>🏀 ΙΟΝΙΟΣ ΑΣ - ΑΣ ΠΑΝΟΡΑΜΑ</w:t>
      </w:r>
    </w:p>
    <w:p>
      <w:pPr>
        <w:pStyle w:val="ListBullet"/>
      </w:pPr>
      <w:r>
        <w:t>🏀 ΧΑΝΘ - ΑΣ ΙΩΝΙΚΟΣ ΙΩΝΙΑΣ</w:t>
      </w:r>
    </w:p>
    <w:p>
      <w:pPr>
        <w:pStyle w:val="ListBullet"/>
      </w:pPr>
      <w:r>
        <w:t>🏀 ΚΑΟΧ ΕΥΡΩΠΗ 87 - ΜΓΣ ΓΕΦΥΡΑΣ</w:t>
      </w:r>
    </w:p>
    <w:p>
      <w:pPr>
        <w:pStyle w:val="ListBullet"/>
      </w:pPr>
      <w:r>
        <w:t>🏀 ΓΣ ΕΛΕΥΘΕΡΟΥΠΟΛΗΣ - ΣΦΚ ΠΙΕΡΙΚΟΣ ΑΡΧΕΛΑΟΣ</w:t>
      </w:r>
    </w:p>
    <w:p>
      <w:pPr>
        <w:pStyle w:val="ListBullet"/>
      </w:pPr>
      <w:r>
        <w:t>🏀 ΑΟ ΛΕΥΚΙΠΠΟΣ ΞΑΝΘΗΣ - ΑΣ ΑΝΑΓΕΝΝΗΣΗ ΚΑΡΔΙΤΣΑΣ</w:t>
      </w:r>
    </w:p>
    <w:p>
      <w:pPr>
        <w:pStyle w:val="Heading2"/>
      </w:pPr>
      <w:r>
        <w:t>26η Αγωνιστική</w:t>
      </w:r>
    </w:p>
    <w:p>
      <w:r>
        <w:rPr>
          <w:b/>
        </w:rPr>
        <w:t>10/4/2027</w:t>
      </w:r>
    </w:p>
    <w:p>
      <w:pPr>
        <w:pStyle w:val="ListBullet"/>
      </w:pPr>
      <w:r>
        <w:t>🏀 ΑΟ ΑΡΕΤΣΟΥ ΚΑΛΑΜΑΡΙΑΣ - ΑΟ ΓΑΛΑΤΙΣΤΑΣ</w:t>
      </w:r>
    </w:p>
    <w:p>
      <w:pPr>
        <w:pStyle w:val="ListBullet"/>
      </w:pPr>
      <w:r>
        <w:t>🏀 ΑΣ ΑΝΑΓΕΝΝΗΣΗ ΚΑΡΔΙΤΣΑΣ - ΚΑΟ ΔΡΑΜΑΣ</w:t>
      </w:r>
    </w:p>
    <w:p>
      <w:pPr>
        <w:pStyle w:val="ListBullet"/>
      </w:pPr>
      <w:r>
        <w:t>🏀 ΜΓΣ ΠΑΝΣΕΡΡΑΙΚΟΣ - ΙΟΝΙΟΣ ΑΣ</w:t>
      </w:r>
    </w:p>
    <w:p>
      <w:pPr>
        <w:pStyle w:val="ListBullet"/>
      </w:pPr>
      <w:r>
        <w:t>🏀 ΑΣ ΠΑΝΟΡΑΜΑ - ΧΑΝΘ</w:t>
      </w:r>
    </w:p>
    <w:p>
      <w:pPr>
        <w:pStyle w:val="ListBullet"/>
      </w:pPr>
      <w:r>
        <w:t>🏀 ΑΣ ΙΩΝΙΚΟΣ ΙΩΝΙΑΣ - ΚΑΟΧ ΕΥΡΩΠΗ 87</w:t>
      </w:r>
    </w:p>
    <w:p>
      <w:pPr>
        <w:pStyle w:val="ListBullet"/>
      </w:pPr>
      <w:r>
        <w:t>🏀 ΜΓΣ ΓΕΦΥΡΑΣ - ΓΣ ΕΛΕΥΘΕΡΟΥΠΟΛΗΣ</w:t>
      </w:r>
    </w:p>
    <w:p>
      <w:pPr>
        <w:pStyle w:val="ListBullet"/>
      </w:pPr>
      <w:r>
        <w:t>🏀 ΣΦΚ ΠΙΕΡΙΚΟΣ ΑΡΧΕΛΑΟΣ - ΑΟ ΛΕΥΚΙΠΠΟΣ ΞΑΝΘΗΣ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